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591B" w14:textId="77777777" w:rsidR="008A238F" w:rsidRPr="00DF2D58" w:rsidRDefault="00000000">
      <w:pPr>
        <w:spacing w:after="40"/>
        <w:jc w:val="center"/>
        <w:rPr>
          <w:sz w:val="24"/>
          <w:szCs w:val="24"/>
        </w:rPr>
      </w:pPr>
      <w:r w:rsidRPr="00DF2D58">
        <w:rPr>
          <w:rFonts w:ascii="Aptos Display" w:hAnsi="Aptos Display"/>
          <w:b/>
          <w:sz w:val="24"/>
          <w:szCs w:val="24"/>
        </w:rPr>
        <w:t>YALOVA ÜNİVERSİTESİ</w:t>
      </w:r>
    </w:p>
    <w:p w14:paraId="07E91650" w14:textId="77777777" w:rsidR="008A238F" w:rsidRPr="00DF2D58" w:rsidRDefault="00000000">
      <w:pPr>
        <w:spacing w:after="60"/>
        <w:jc w:val="center"/>
        <w:rPr>
          <w:sz w:val="24"/>
          <w:szCs w:val="24"/>
        </w:rPr>
      </w:pPr>
      <w:r w:rsidRPr="00DF2D58">
        <w:rPr>
          <w:rFonts w:ascii="Aptos Display" w:hAnsi="Aptos Display"/>
          <w:b/>
          <w:sz w:val="24"/>
          <w:szCs w:val="24"/>
        </w:rPr>
        <w:t>SAĞLIK BİLİMLERİ FAKÜLTESİ</w:t>
      </w:r>
    </w:p>
    <w:p w14:paraId="1409A2B4" w14:textId="21E8A0D5" w:rsidR="008A238F" w:rsidRPr="00DF2D58" w:rsidRDefault="00000000">
      <w:pPr>
        <w:spacing w:after="180"/>
        <w:jc w:val="center"/>
        <w:rPr>
          <w:sz w:val="24"/>
          <w:szCs w:val="24"/>
        </w:rPr>
      </w:pPr>
      <w:r w:rsidRPr="00DF2D58">
        <w:rPr>
          <w:rFonts w:ascii="Aptos Display" w:hAnsi="Aptos Display"/>
          <w:b/>
          <w:sz w:val="24"/>
          <w:szCs w:val="24"/>
        </w:rPr>
        <w:t xml:space="preserve">KOMİSYONLAR </w:t>
      </w:r>
    </w:p>
    <w:p w14:paraId="50B38A3D" w14:textId="6A463192" w:rsidR="008A238F" w:rsidRDefault="00000000">
      <w:pPr>
        <w:spacing w:after="100"/>
        <w:jc w:val="right"/>
      </w:pPr>
      <w:proofErr w:type="spellStart"/>
      <w:r>
        <w:rPr>
          <w:i/>
          <w:color w:val="64748B"/>
          <w:sz w:val="16"/>
        </w:rPr>
        <w:t>Gün</w:t>
      </w:r>
      <w:r w:rsidR="00DF2D58">
        <w:rPr>
          <w:i/>
          <w:color w:val="64748B"/>
          <w:sz w:val="16"/>
        </w:rPr>
        <w:t>celleme</w:t>
      </w:r>
      <w:proofErr w:type="spellEnd"/>
      <w:r w:rsidR="00DF2D58">
        <w:rPr>
          <w:i/>
          <w:color w:val="64748B"/>
          <w:sz w:val="16"/>
        </w:rPr>
        <w:t xml:space="preserve"> </w:t>
      </w:r>
      <w:proofErr w:type="spellStart"/>
      <w:r w:rsidR="00DF2D58">
        <w:rPr>
          <w:i/>
          <w:color w:val="64748B"/>
          <w:sz w:val="16"/>
        </w:rPr>
        <w:t>tarihi</w:t>
      </w:r>
      <w:proofErr w:type="spellEnd"/>
      <w:r w:rsidR="00DF2D58">
        <w:rPr>
          <w:i/>
          <w:color w:val="64748B"/>
          <w:sz w:val="16"/>
        </w:rPr>
        <w:t>: 11/09/2026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6293"/>
      </w:tblGrid>
      <w:tr w:rsidR="008A238F" w14:paraId="5070670F" w14:textId="77777777">
        <w:trPr>
          <w:tblHeader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173B5E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2CB1E81" w14:textId="77777777" w:rsidR="008A238F" w:rsidRDefault="00000000">
            <w:pPr>
              <w:jc w:val="center"/>
            </w:pPr>
            <w:r>
              <w:rPr>
                <w:b/>
                <w:color w:val="FFFFFF"/>
              </w:rPr>
              <w:t>KOMİSYON / GÖREV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173B5E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55DF443" w14:textId="77777777" w:rsidR="008A238F" w:rsidRDefault="00000000">
            <w:pPr>
              <w:jc w:val="center"/>
            </w:pPr>
            <w:r>
              <w:rPr>
                <w:b/>
                <w:color w:val="FFFFFF"/>
              </w:rPr>
              <w:t>BAŞKAN / ÜYE / SORUMLU</w:t>
            </w:r>
          </w:p>
        </w:tc>
      </w:tr>
      <w:tr w:rsidR="008A238F" w14:paraId="7DA5296A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32E978D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Eğitim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789B52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Prof. Dr. (Dekan-Başkan)</w:t>
            </w:r>
          </w:p>
          <w:p w14:paraId="06EB5AE2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Gamze YILMAZ</w:t>
            </w:r>
          </w:p>
          <w:p w14:paraId="0E0A3C2A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Asuman SALTAN</w:t>
            </w:r>
          </w:p>
          <w:p w14:paraId="39B2C33E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Şadiye ÖZCAN</w:t>
            </w:r>
          </w:p>
          <w:p w14:paraId="19F8ECE7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Dr. Öğr. Üyesi Erdi KAYABINAR</w:t>
            </w:r>
          </w:p>
        </w:tc>
      </w:tr>
      <w:tr w:rsidR="008A238F" w14:paraId="4D9D20E0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432BCFF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Akreditasyon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989554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Prof. Dr. (Dekan-Başkan)</w:t>
            </w:r>
          </w:p>
          <w:p w14:paraId="5499926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Dekan Yardımcıları</w:t>
            </w:r>
          </w:p>
          <w:p w14:paraId="22928529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Bölüm Başkanları</w:t>
            </w:r>
          </w:p>
          <w:p w14:paraId="6A0B4684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Anabilim Dalı Başkanları</w:t>
            </w:r>
          </w:p>
        </w:tc>
      </w:tr>
      <w:tr w:rsidR="008A238F" w14:paraId="516A3E9B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00312EF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Stratejik Plan Hazırlama, İzleme ve Değerlendirme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0FA2155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Prof. Dr. (Dekan-Başkan)</w:t>
            </w:r>
          </w:p>
          <w:p w14:paraId="06DD90CD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Dekan Yardımcıları</w:t>
            </w:r>
          </w:p>
          <w:p w14:paraId="7D08B08E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Bölüm Başkanları</w:t>
            </w:r>
          </w:p>
        </w:tc>
      </w:tr>
      <w:tr w:rsidR="007E36D2" w14:paraId="43280E3A" w14:textId="77777777" w:rsidTr="00B14D02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5B3302D" w14:textId="237E41E9" w:rsidR="007E36D2" w:rsidRDefault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  <w:sz w:val="19"/>
              </w:rPr>
              <w:t>Yatay</w:t>
            </w:r>
            <w:proofErr w:type="spellEnd"/>
            <w:r>
              <w:rPr>
                <w:b/>
                <w:color w:val="1F2937"/>
                <w:sz w:val="19"/>
              </w:rPr>
              <w:t xml:space="preserve"> Geçiş, Ders </w:t>
            </w:r>
            <w:proofErr w:type="spellStart"/>
            <w:r>
              <w:rPr>
                <w:b/>
                <w:color w:val="1F2937"/>
                <w:sz w:val="19"/>
              </w:rPr>
              <w:t>Eşdeğerlilik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ve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İntibak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  <w:p w14:paraId="73F0A66F" w14:textId="3DB356B2" w:rsidR="007E36D2" w:rsidRDefault="007E36D2" w:rsidP="00B14D02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35BC021" w14:textId="77777777" w:rsidR="007E36D2" w:rsidRPr="00B00C17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Hemşirelik Bölümü:</w:t>
            </w:r>
          </w:p>
          <w:p w14:paraId="722DE044" w14:textId="618418BC" w:rsidR="007E36D2" w:rsidRDefault="007E36D2">
            <w:pPr>
              <w:spacing w:after="30" w:line="247" w:lineRule="auto"/>
              <w:rPr>
                <w:color w:val="1F2937"/>
              </w:rPr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Doç</w:t>
            </w:r>
            <w:proofErr w:type="spellEnd"/>
            <w:r>
              <w:rPr>
                <w:color w:val="1F2937"/>
              </w:rPr>
              <w:t>. Dr. Yasemin KARACAN</w:t>
            </w:r>
          </w:p>
          <w:p w14:paraId="118B25D8" w14:textId="77777777" w:rsidR="008A0B17" w:rsidRDefault="008A0B17" w:rsidP="008A0B17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 w:rsidRPr="008A0B17">
              <w:rPr>
                <w:color w:val="1F2937"/>
              </w:rPr>
              <w:t>Doç</w:t>
            </w:r>
            <w:proofErr w:type="spellEnd"/>
            <w:r w:rsidRPr="008A0B17">
              <w:rPr>
                <w:color w:val="1F2937"/>
              </w:rPr>
              <w:t>. Dr. Esra USTA</w:t>
            </w:r>
            <w:r>
              <w:rPr>
                <w:color w:val="1F2937"/>
              </w:rPr>
              <w:t xml:space="preserve"> </w:t>
            </w:r>
          </w:p>
          <w:p w14:paraId="650178ED" w14:textId="77777777" w:rsidR="007E36D2" w:rsidRDefault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Dr. Öğr. Üyesi Fatma DEMİRKAYA</w:t>
            </w:r>
          </w:p>
          <w:p w14:paraId="19211DE4" w14:textId="77777777" w:rsidR="007E36D2" w:rsidRDefault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>. Gör. Erdoğan YOLBAŞ</w:t>
            </w:r>
          </w:p>
          <w:p w14:paraId="26847924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Arş. Gör. İrem ÖZTÜRK BARDAK</w:t>
            </w:r>
          </w:p>
        </w:tc>
      </w:tr>
      <w:tr w:rsidR="007E36D2" w14:paraId="200DF768" w14:textId="77777777" w:rsidTr="00B14D02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2B6B117" w14:textId="51326756" w:rsidR="007E36D2" w:rsidRDefault="007E36D2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BF213C2" w14:textId="39AFCDDF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65B4C061" w14:textId="5BCC695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Dr. Öğr. Üyesi Tubanur ASLAN ENGİN</w:t>
            </w:r>
          </w:p>
          <w:p w14:paraId="62454159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Yüsranur ŞANLITÜRK</w:t>
            </w:r>
          </w:p>
          <w:p w14:paraId="15E8D3B1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Arş. Gör. Zeynep İclal SAĞ</w:t>
            </w:r>
          </w:p>
        </w:tc>
      </w:tr>
      <w:tr w:rsidR="007E36D2" w14:paraId="7231DEB8" w14:textId="77777777" w:rsidTr="009D299B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651CDEF" w14:textId="5A7B26C8" w:rsidR="007E36D2" w:rsidRDefault="007E36D2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 xml:space="preserve">Akademik </w:t>
            </w:r>
            <w:proofErr w:type="spellStart"/>
            <w:r>
              <w:rPr>
                <w:b/>
                <w:color w:val="1F2937"/>
                <w:sz w:val="19"/>
              </w:rPr>
              <w:t>Teşvik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Başvuru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ve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İnceleme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  <w:p w14:paraId="52D91CE8" w14:textId="238AD2E6" w:rsidR="007E36D2" w:rsidRDefault="007E36D2" w:rsidP="009D299B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4CFCF98" w14:textId="77777777" w:rsidR="007E36D2" w:rsidRPr="00B00C17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Hemşirelik Bölümü:</w:t>
            </w:r>
          </w:p>
          <w:p w14:paraId="6E36DF19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Bölüm</w:t>
            </w:r>
            <w:proofErr w:type="spellEnd"/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Başkanı</w:t>
            </w:r>
            <w:proofErr w:type="spellEnd"/>
          </w:p>
          <w:p w14:paraId="4A19B4B9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Handan EREN</w:t>
            </w:r>
          </w:p>
          <w:p w14:paraId="5736F3C0" w14:textId="7E874F0B" w:rsidR="007E36D2" w:rsidRDefault="008A0B17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 w:rsidRPr="008A0B17">
              <w:rPr>
                <w:color w:val="1F2937"/>
              </w:rPr>
              <w:t>Doç</w:t>
            </w:r>
            <w:proofErr w:type="spellEnd"/>
            <w:r w:rsidRPr="008A0B17">
              <w:rPr>
                <w:color w:val="1F2937"/>
              </w:rPr>
              <w:t>. Dr. Esra USTA</w:t>
            </w:r>
            <w:r>
              <w:rPr>
                <w:color w:val="1F2937"/>
              </w:rPr>
              <w:t xml:space="preserve"> </w:t>
            </w:r>
          </w:p>
        </w:tc>
      </w:tr>
      <w:tr w:rsidR="007E36D2" w14:paraId="0C289BB8" w14:textId="77777777" w:rsidTr="009D299B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E3A2E1A" w14:textId="170BAF53" w:rsidR="007E36D2" w:rsidRDefault="007E36D2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2721A7C" w14:textId="11C9D2B4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1907A5FE" w14:textId="2879C472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Bölüm</w:t>
            </w:r>
            <w:proofErr w:type="spellEnd"/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Başkanı</w:t>
            </w:r>
            <w:proofErr w:type="spellEnd"/>
          </w:p>
          <w:p w14:paraId="5577AF34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Asuman SALTAN</w:t>
            </w:r>
          </w:p>
          <w:p w14:paraId="6B8944FD" w14:textId="77777777" w:rsidR="007E36D2" w:rsidRDefault="007E36D2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Dr. Öğr. Üyesi Büşra KAYABINAR</w:t>
            </w:r>
          </w:p>
        </w:tc>
      </w:tr>
      <w:tr w:rsidR="008A238F" w14:paraId="0321528C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CEA946C" w14:textId="77777777" w:rsidR="008A238F" w:rsidRDefault="00000000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  <w:sz w:val="19"/>
              </w:rPr>
              <w:t>Fizyoterapi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ve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Rehabilitasyon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Bölümü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Uygulamalı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Eğitimler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E4CBE04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Dr. Öğr. Üyesi Erdi KAYABINAR</w:t>
            </w:r>
          </w:p>
          <w:p w14:paraId="01225D93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Dr. Öğr. Üyesi Büşra KAYABINAR</w:t>
            </w:r>
          </w:p>
          <w:p w14:paraId="1E6C73C5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Dr. Öğr. Üyesi Ebrar ATAK</w:t>
            </w:r>
          </w:p>
          <w:p w14:paraId="41A21C37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Yüsra Nur ŞANLITÜRK</w:t>
            </w:r>
          </w:p>
        </w:tc>
      </w:tr>
      <w:tr w:rsidR="008A238F" w14:paraId="5F05D2F9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0687783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Fizyoterapi ve Rehabilitasyon Bölümü Staj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2BDAE57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Dr. Öğr. Üyesi Ebrar ATAK</w:t>
            </w:r>
          </w:p>
          <w:p w14:paraId="31D6109B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Yüsra Nur ŞANLITÜRK</w:t>
            </w:r>
          </w:p>
          <w:p w14:paraId="7C47CB5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Arş. Gör. Gözde ARICA</w:t>
            </w:r>
          </w:p>
          <w:p w14:paraId="6950E24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Arş. Gör. Zeynep İclal SAĞ</w:t>
            </w:r>
          </w:p>
        </w:tc>
      </w:tr>
      <w:tr w:rsidR="008A238F" w14:paraId="61534E08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D7B8D1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lastRenderedPageBreak/>
              <w:t>Bilimsel ve Sosyal Faaliyetler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7E0CE7A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Dr. Öğr. Üyesi Tubanur ASLAN ENGİN</w:t>
            </w:r>
          </w:p>
          <w:p w14:paraId="565DE26E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Şeyda CAN</w:t>
            </w:r>
          </w:p>
          <w:p w14:paraId="27F05035" w14:textId="77777777" w:rsidR="008A0B17" w:rsidRDefault="008A0B17" w:rsidP="008A0B17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 w:rsidRPr="008A0B17">
              <w:rPr>
                <w:color w:val="1F2937"/>
              </w:rPr>
              <w:t>Doç</w:t>
            </w:r>
            <w:proofErr w:type="spellEnd"/>
            <w:r w:rsidRPr="008A0B17">
              <w:rPr>
                <w:color w:val="1F2937"/>
              </w:rPr>
              <w:t>. Dr. Esra USTA</w:t>
            </w:r>
            <w:r>
              <w:rPr>
                <w:color w:val="1F2937"/>
              </w:rPr>
              <w:t xml:space="preserve"> </w:t>
            </w:r>
          </w:p>
          <w:p w14:paraId="0DA5B5C7" w14:textId="77777777" w:rsidR="008A238F" w:rsidRDefault="00000000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>. Gör. Dr. Şaban ERDOĞAN</w:t>
            </w:r>
          </w:p>
          <w:p w14:paraId="293B41AD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Yüsra Nur ŞANLITÜRK</w:t>
            </w:r>
          </w:p>
        </w:tc>
      </w:tr>
      <w:tr w:rsidR="008A238F" w14:paraId="6AF2F6FA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3E56DFC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Kısmi Zamanlı Çalıştırılacak Öğrenci Seçme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3B937A9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Fakülte Sekreter V. Enes ŞAHİN</w:t>
            </w:r>
          </w:p>
          <w:p w14:paraId="74F15FBE" w14:textId="7E7379E8" w:rsidR="008A238F" w:rsidRDefault="00000000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Şef</w:t>
            </w:r>
            <w:proofErr w:type="spellEnd"/>
            <w:r>
              <w:rPr>
                <w:color w:val="1F2937"/>
              </w:rPr>
              <w:t xml:space="preserve"> Özgür DÖNER</w:t>
            </w:r>
          </w:p>
        </w:tc>
      </w:tr>
      <w:tr w:rsidR="008A238F" w14:paraId="38ECEAD2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5F9D7E0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Değişim Programları (Erasmus, Farabi, Mevlâna) Koordinatörleri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90F093C" w14:textId="10E20E7A" w:rsidR="00D87B09" w:rsidRDefault="00D87B09">
            <w:pPr>
              <w:spacing w:after="30" w:line="247" w:lineRule="auto"/>
              <w:rPr>
                <w:b/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Beslenme</w:t>
            </w:r>
            <w:proofErr w:type="spellEnd"/>
            <w:r>
              <w:rPr>
                <w:b/>
                <w:color w:val="1F2937"/>
              </w:rPr>
              <w:t xml:space="preserve"> ve </w:t>
            </w:r>
            <w:proofErr w:type="spellStart"/>
            <w:r>
              <w:rPr>
                <w:b/>
                <w:color w:val="1F2937"/>
              </w:rPr>
              <w:t>Diyetetik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Dr. Şaban ERDOĞAN</w:t>
            </w:r>
          </w:p>
          <w:p w14:paraId="6532D44C" w14:textId="04AB41FC" w:rsidR="008A238F" w:rsidRDefault="00000000">
            <w:pPr>
              <w:spacing w:after="30" w:line="247" w:lineRule="auto"/>
              <w:rPr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Fizyoterapi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ve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Rehabilitasyon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 xml:space="preserve">. Gör. Zeynep </w:t>
            </w:r>
            <w:proofErr w:type="spellStart"/>
            <w:r>
              <w:rPr>
                <w:color w:val="1F2937"/>
              </w:rPr>
              <w:t>İclal</w:t>
            </w:r>
            <w:proofErr w:type="spellEnd"/>
            <w:r>
              <w:rPr>
                <w:color w:val="1F2937"/>
              </w:rPr>
              <w:t xml:space="preserve"> SAĞ</w:t>
            </w:r>
          </w:p>
          <w:p w14:paraId="6A076650" w14:textId="7314EBE9" w:rsidR="008A238F" w:rsidRDefault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Hemşirelik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Doç</w:t>
            </w:r>
            <w:proofErr w:type="spellEnd"/>
            <w:r>
              <w:rPr>
                <w:color w:val="1F2937"/>
              </w:rPr>
              <w:t>. Dr. Handan EREN</w:t>
            </w:r>
          </w:p>
        </w:tc>
      </w:tr>
      <w:tr w:rsidR="008A238F" w14:paraId="0893EC22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3F9595F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Fakülte Engelli Öğrenci Temsilcisi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FE67E9C" w14:textId="77777777" w:rsidR="008A238F" w:rsidRDefault="00000000">
            <w:pPr>
              <w:spacing w:after="30" w:line="247" w:lineRule="auto"/>
            </w:pPr>
            <w:r>
              <w:rPr>
                <w:color w:val="1F2937"/>
              </w:rPr>
              <w:t>Arş. Gör. Gözde ARICA</w:t>
            </w:r>
          </w:p>
        </w:tc>
      </w:tr>
      <w:tr w:rsidR="008A238F" w14:paraId="305B5F02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DD69671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Fakülte Basın Temsilcisi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C562879" w14:textId="77777777" w:rsidR="008A238F" w:rsidRDefault="00000000">
            <w:pPr>
              <w:spacing w:after="30" w:line="247" w:lineRule="auto"/>
            </w:pPr>
            <w:r>
              <w:rPr>
                <w:color w:val="1F2937"/>
              </w:rPr>
              <w:t>Öğr. Gör. Dr. Şaban ERDOĞAN</w:t>
            </w:r>
          </w:p>
        </w:tc>
      </w:tr>
      <w:tr w:rsidR="008A238F" w14:paraId="38081B54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3C589A48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Web Sayfası Sorumluları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E238BBB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Fakülte:</w:t>
            </w:r>
            <w:r>
              <w:rPr>
                <w:color w:val="1F2937"/>
              </w:rPr>
              <w:t xml:space="preserve"> Öğr. Gör. Dr. Şaban ERDOĞAN</w:t>
            </w:r>
          </w:p>
          <w:p w14:paraId="24B45B07" w14:textId="77777777" w:rsidR="008A238F" w:rsidRDefault="00000000">
            <w:pPr>
              <w:spacing w:after="30" w:line="247" w:lineRule="auto"/>
              <w:rPr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Fakülte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Bilgisayar</w:t>
            </w:r>
            <w:proofErr w:type="spellEnd"/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İşletmeni</w:t>
            </w:r>
            <w:proofErr w:type="spellEnd"/>
            <w:r>
              <w:rPr>
                <w:color w:val="1F2937"/>
              </w:rPr>
              <w:t xml:space="preserve"> Hüseyin Oğuz YAVUZ</w:t>
            </w:r>
          </w:p>
          <w:p w14:paraId="3CB51B12" w14:textId="0ADC67E5" w:rsidR="00D87B09" w:rsidRDefault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Fizyoterapi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ve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Rehabilitasyon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Gözde ARICA</w:t>
            </w:r>
          </w:p>
          <w:p w14:paraId="5B6475CD" w14:textId="448A7450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Hemşirelik:</w:t>
            </w:r>
            <w:r>
              <w:rPr>
                <w:color w:val="1F2937"/>
              </w:rPr>
              <w:t xml:space="preserve"> Arş. Gör. Ebru Naime ARIKAN</w:t>
            </w:r>
          </w:p>
        </w:tc>
      </w:tr>
      <w:tr w:rsidR="00D87B09" w14:paraId="64FFFF4F" w14:textId="77777777" w:rsidTr="00725195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5057B67" w14:textId="2E7B4171" w:rsidR="00D87B09" w:rsidRDefault="00D87B09" w:rsidP="00725195">
            <w:pPr>
              <w:spacing w:after="30" w:line="247" w:lineRule="auto"/>
              <w:rPr>
                <w:b/>
                <w:color w:val="1F2937"/>
                <w:sz w:val="19"/>
              </w:rPr>
            </w:pPr>
            <w:proofErr w:type="spellStart"/>
            <w:r>
              <w:rPr>
                <w:b/>
                <w:color w:val="1F2937"/>
                <w:sz w:val="19"/>
              </w:rPr>
              <w:t>Mezuniyet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ACEE027" w14:textId="2C4E8837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5B2F079F" w14:textId="3F012AAC" w:rsidR="00D87B09" w:rsidRDefault="00D87B09" w:rsidP="00D87B09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Dr.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Tubanur ASLAN ENGİN</w:t>
            </w:r>
          </w:p>
          <w:p w14:paraId="364452FA" w14:textId="7346459D" w:rsidR="00D87B09" w:rsidRDefault="00D87B09" w:rsidP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Dr.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Ebrar ATAK</w:t>
            </w:r>
          </w:p>
          <w:p w14:paraId="3E5BDB7C" w14:textId="69E98787" w:rsidR="00D87B09" w:rsidRDefault="00D87B09" w:rsidP="00D87B09">
            <w:pPr>
              <w:spacing w:after="30" w:line="247" w:lineRule="auto"/>
              <w:rPr>
                <w:b/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Yüsra Nur ŞANLITÜRK</w:t>
            </w:r>
          </w:p>
        </w:tc>
      </w:tr>
      <w:tr w:rsidR="00D87B09" w14:paraId="7F54DFFE" w14:textId="77777777" w:rsidTr="00725195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A0D47E6" w14:textId="7B0CA0A1" w:rsidR="00D87B09" w:rsidRDefault="00D87B09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A8C08FC" w14:textId="77777777" w:rsidR="00D87B09" w:rsidRDefault="00D87B09">
            <w:pPr>
              <w:spacing w:after="30" w:line="247" w:lineRule="auto"/>
            </w:pPr>
            <w:r>
              <w:rPr>
                <w:b/>
                <w:color w:val="1F2937"/>
              </w:rPr>
              <w:t>Hemşirelik - Başkan:</w:t>
            </w:r>
            <w:r>
              <w:rPr>
                <w:color w:val="1F2937"/>
              </w:rPr>
              <w:t xml:space="preserve"> Prof. Dr. Nurcan UYSAL</w:t>
            </w:r>
          </w:p>
          <w:p w14:paraId="4941A1DC" w14:textId="77777777" w:rsidR="00D87B09" w:rsidRDefault="00D87B09">
            <w:pPr>
              <w:spacing w:after="30" w:line="247" w:lineRule="auto"/>
            </w:pPr>
            <w:r>
              <w:rPr>
                <w:b/>
                <w:color w:val="1F2937"/>
              </w:rPr>
              <w:t>Hemşirelik - Üye:</w:t>
            </w:r>
            <w:r>
              <w:rPr>
                <w:color w:val="1F2937"/>
              </w:rPr>
              <w:t xml:space="preserve"> Doç. Dr. Özlem KARATANA ÇALIŞ</w:t>
            </w:r>
          </w:p>
          <w:p w14:paraId="481F999C" w14:textId="08BFDDD3" w:rsidR="00D87B09" w:rsidRDefault="00D87B09">
            <w:pPr>
              <w:spacing w:after="30" w:line="247" w:lineRule="auto"/>
            </w:pPr>
            <w:r>
              <w:rPr>
                <w:b/>
                <w:color w:val="1F2937"/>
              </w:rPr>
              <w:t>Hemşirelik - Üye:</w:t>
            </w:r>
            <w:r>
              <w:rPr>
                <w:color w:val="1F2937"/>
              </w:rPr>
              <w:t xml:space="preserve"> Dr. Öğr.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Niran ÇOBAN</w:t>
            </w:r>
          </w:p>
        </w:tc>
      </w:tr>
      <w:tr w:rsidR="00480F82" w14:paraId="3CBA92A1" w14:textId="77777777" w:rsidTr="00C85159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4F56C22" w14:textId="5C510228" w:rsidR="00480F82" w:rsidRDefault="00480F82" w:rsidP="00480F82">
            <w:pPr>
              <w:spacing w:after="30" w:line="247" w:lineRule="auto"/>
              <w:rPr>
                <w:b/>
                <w:color w:val="1F2937"/>
                <w:sz w:val="19"/>
              </w:rPr>
            </w:pPr>
            <w:proofErr w:type="spellStart"/>
            <w:r>
              <w:rPr>
                <w:rStyle w:val="normaltextrun"/>
                <w:b/>
                <w:bCs/>
                <w:sz w:val="22"/>
              </w:rPr>
              <w:t>Af</w:t>
            </w:r>
            <w:proofErr w:type="spellEnd"/>
            <w:r>
              <w:rPr>
                <w:rStyle w:val="normaltextrun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Style w:val="normaltextrun"/>
                <w:b/>
                <w:bCs/>
                <w:sz w:val="22"/>
              </w:rPr>
              <w:t>Kapsamına</w:t>
            </w:r>
            <w:proofErr w:type="spellEnd"/>
            <w:r>
              <w:rPr>
                <w:rStyle w:val="normaltextrun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Style w:val="normaltextrun"/>
                <w:b/>
                <w:bCs/>
                <w:sz w:val="22"/>
              </w:rPr>
              <w:t>İlişkin</w:t>
            </w:r>
            <w:proofErr w:type="spellEnd"/>
            <w:r>
              <w:rPr>
                <w:rStyle w:val="normaltextrun"/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rStyle w:val="normaltextrun"/>
                <w:b/>
                <w:bCs/>
                <w:sz w:val="22"/>
              </w:rPr>
              <w:t>Komisyon</w:t>
            </w:r>
            <w:proofErr w:type="spellEnd"/>
            <w:r>
              <w:rPr>
                <w:rStyle w:val="eop"/>
                <w:sz w:val="22"/>
              </w:rPr>
              <w:t> 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ACCB284" w14:textId="176FB3E1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09E940B5" w14:textId="33547D14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Başkan: Dr. Öğr. Üyesi Erdi KAYABINAR</w:t>
            </w:r>
          </w:p>
          <w:p w14:paraId="54640F8F" w14:textId="4B4F46E6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sz w:val="18"/>
                <w:szCs w:val="18"/>
              </w:rPr>
              <w:t>Üye: Arş. Gör. Zeynep İclal SAĞ</w:t>
            </w:r>
          </w:p>
          <w:p w14:paraId="1DB5B672" w14:textId="3B5FCF34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sz w:val="18"/>
                <w:szCs w:val="18"/>
              </w:rPr>
              <w:t>Üye: Arş. Gör. Gözde ARICA</w:t>
            </w:r>
          </w:p>
          <w:p w14:paraId="5641FE03" w14:textId="659CDC13" w:rsidR="00480F82" w:rsidRPr="00B00C17" w:rsidRDefault="00480F82" w:rsidP="00B00C17">
            <w:pPr>
              <w:spacing w:after="30" w:line="247" w:lineRule="auto"/>
              <w:rPr>
                <w:b/>
                <w:color w:val="1F2937"/>
                <w:szCs w:val="18"/>
              </w:rPr>
            </w:pPr>
            <w:proofErr w:type="spellStart"/>
            <w:r w:rsidRPr="00B00C17">
              <w:rPr>
                <w:rStyle w:val="normaltextrun"/>
                <w:szCs w:val="18"/>
              </w:rPr>
              <w:t>Üye</w:t>
            </w:r>
            <w:proofErr w:type="spellEnd"/>
            <w:r w:rsidRPr="00B00C17">
              <w:rPr>
                <w:rStyle w:val="normaltextrun"/>
                <w:szCs w:val="18"/>
              </w:rPr>
              <w:t xml:space="preserve">: </w:t>
            </w:r>
            <w:proofErr w:type="spellStart"/>
            <w:r w:rsidRPr="00B00C17">
              <w:rPr>
                <w:rStyle w:val="normaltextrun"/>
                <w:szCs w:val="18"/>
              </w:rPr>
              <w:t>Arş</w:t>
            </w:r>
            <w:proofErr w:type="spellEnd"/>
            <w:r w:rsidRPr="00B00C17">
              <w:rPr>
                <w:rStyle w:val="normaltextrun"/>
                <w:szCs w:val="18"/>
              </w:rPr>
              <w:t xml:space="preserve">. </w:t>
            </w:r>
            <w:proofErr w:type="spellStart"/>
            <w:r w:rsidRPr="00B00C17">
              <w:rPr>
                <w:rStyle w:val="normaltextrun"/>
                <w:szCs w:val="18"/>
              </w:rPr>
              <w:t>Gör</w:t>
            </w:r>
            <w:proofErr w:type="spellEnd"/>
            <w:r w:rsidRPr="00B00C17">
              <w:rPr>
                <w:rStyle w:val="normaltextrun"/>
                <w:szCs w:val="18"/>
              </w:rPr>
              <w:t>. Sedanur GÜNGÖR</w:t>
            </w:r>
          </w:p>
        </w:tc>
      </w:tr>
      <w:tr w:rsidR="00480F82" w14:paraId="19C36EDA" w14:textId="77777777" w:rsidTr="00C85159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61264D8" w14:textId="77777777" w:rsidR="00480F82" w:rsidRDefault="00480F82" w:rsidP="00480F82">
            <w:pPr>
              <w:spacing w:after="30" w:line="247" w:lineRule="auto"/>
              <w:rPr>
                <w:b/>
                <w:color w:val="1F2937"/>
                <w:sz w:val="19"/>
              </w:rPr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72D59D2" w14:textId="4DB3AB1B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Hemşirelik Bölümü:</w:t>
            </w:r>
          </w:p>
          <w:p w14:paraId="11DB85CA" w14:textId="00B7FB5C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Başkan: Doç. Dr. Şadiye ÖZCAN</w:t>
            </w:r>
          </w:p>
          <w:p w14:paraId="2DA84836" w14:textId="2D32B604" w:rsidR="00480F82" w:rsidRPr="00B00C17" w:rsidRDefault="00480F82" w:rsidP="00B00C17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sz w:val="18"/>
                <w:szCs w:val="18"/>
              </w:rPr>
              <w:t>Üye: Arş. Gör. Elif BALKAN KURU</w:t>
            </w:r>
          </w:p>
          <w:p w14:paraId="3AB3AB67" w14:textId="0D7D76C6" w:rsidR="00480F82" w:rsidRPr="00B00C17" w:rsidRDefault="00480F82" w:rsidP="00B00C17">
            <w:pPr>
              <w:spacing w:after="30" w:line="247" w:lineRule="auto"/>
              <w:rPr>
                <w:b/>
                <w:color w:val="1F2937"/>
                <w:szCs w:val="18"/>
              </w:rPr>
            </w:pPr>
            <w:proofErr w:type="spellStart"/>
            <w:r w:rsidRPr="00B00C17">
              <w:rPr>
                <w:rStyle w:val="normaltextrun"/>
                <w:szCs w:val="18"/>
              </w:rPr>
              <w:t>Üye</w:t>
            </w:r>
            <w:proofErr w:type="spellEnd"/>
            <w:r w:rsidRPr="00B00C17">
              <w:rPr>
                <w:rStyle w:val="normaltextrun"/>
                <w:szCs w:val="18"/>
              </w:rPr>
              <w:t xml:space="preserve">: </w:t>
            </w:r>
            <w:proofErr w:type="spellStart"/>
            <w:r w:rsidRPr="00B00C17">
              <w:rPr>
                <w:rStyle w:val="normaltextrun"/>
                <w:szCs w:val="18"/>
              </w:rPr>
              <w:t>Arş</w:t>
            </w:r>
            <w:proofErr w:type="spellEnd"/>
            <w:r w:rsidRPr="00B00C17">
              <w:rPr>
                <w:rStyle w:val="normaltextrun"/>
                <w:szCs w:val="18"/>
              </w:rPr>
              <w:t xml:space="preserve">. </w:t>
            </w:r>
            <w:proofErr w:type="spellStart"/>
            <w:r w:rsidRPr="00B00C17">
              <w:rPr>
                <w:rStyle w:val="normaltextrun"/>
                <w:szCs w:val="18"/>
              </w:rPr>
              <w:t>Gör</w:t>
            </w:r>
            <w:proofErr w:type="spellEnd"/>
            <w:r w:rsidRPr="00B00C17">
              <w:rPr>
                <w:rStyle w:val="normaltextrun"/>
                <w:szCs w:val="18"/>
              </w:rPr>
              <w:t>. Ebru Naime ARIKAN</w:t>
            </w:r>
          </w:p>
        </w:tc>
      </w:tr>
      <w:tr w:rsidR="008A238F" w14:paraId="020ECF00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62209CF" w14:textId="77777777" w:rsidR="008A238F" w:rsidRDefault="00000000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  <w:sz w:val="19"/>
              </w:rPr>
              <w:t>Kariyer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Merkezi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Temsilcileri</w:t>
            </w:r>
            <w:proofErr w:type="spellEnd"/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12DF31D4" w14:textId="77777777" w:rsidR="008A238F" w:rsidRDefault="00000000">
            <w:pPr>
              <w:spacing w:after="30" w:line="247" w:lineRule="auto"/>
              <w:rPr>
                <w:color w:val="1F2937"/>
              </w:rPr>
            </w:pPr>
            <w:r>
              <w:rPr>
                <w:b/>
                <w:color w:val="1F2937"/>
              </w:rPr>
              <w:t>Fakülte:</w:t>
            </w:r>
            <w:r>
              <w:rPr>
                <w:color w:val="1F2937"/>
              </w:rPr>
              <w:t xml:space="preserve"> Arş. Gör. Gözde ARICA</w:t>
            </w:r>
          </w:p>
          <w:p w14:paraId="465035DB" w14:textId="0E2EF458" w:rsidR="00D87B09" w:rsidRDefault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Fizyoterapi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ve</w:t>
            </w:r>
            <w:proofErr w:type="spellEnd"/>
            <w:r>
              <w:rPr>
                <w:b/>
                <w:color w:val="1F2937"/>
              </w:rPr>
              <w:t xml:space="preserve"> </w:t>
            </w:r>
            <w:proofErr w:type="spellStart"/>
            <w:r>
              <w:rPr>
                <w:b/>
                <w:color w:val="1F2937"/>
              </w:rPr>
              <w:t>Rehabilitasyon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Gözde ARICA</w:t>
            </w:r>
          </w:p>
          <w:p w14:paraId="3CB8367B" w14:textId="3A608905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Hemşirelik:</w:t>
            </w:r>
            <w:r>
              <w:rPr>
                <w:color w:val="1F2937"/>
              </w:rPr>
              <w:t xml:space="preserve"> Dr. Öğr.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Duygu DEMİR</w:t>
            </w:r>
          </w:p>
        </w:tc>
      </w:tr>
      <w:tr w:rsidR="008A238F" w14:paraId="097EF75A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0D27DCF7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  <w:sz w:val="19"/>
              </w:rPr>
              <w:t>Bağımlılıkla Mücadele Komisyonu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D54986B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Prof. Dr. (Dekan-Başkan)</w:t>
            </w:r>
          </w:p>
          <w:p w14:paraId="4168238B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Prof. Dr. Arzu YILDIRIM</w:t>
            </w:r>
          </w:p>
          <w:p w14:paraId="53285E84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Dr. Öğr. Üyesi Tubanur ASLAN ENGİN</w:t>
            </w:r>
          </w:p>
          <w:p w14:paraId="045F8898" w14:textId="77777777" w:rsidR="008A238F" w:rsidRDefault="00000000">
            <w:pPr>
              <w:spacing w:after="30" w:line="247" w:lineRule="auto"/>
              <w:rPr>
                <w:color w:val="1F2937"/>
              </w:rPr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Dr. Tuba Büşra ALTIN</w:t>
            </w:r>
          </w:p>
          <w:p w14:paraId="2B56C3E7" w14:textId="77777777" w:rsidR="007E36D2" w:rsidRDefault="007E36D2">
            <w:pPr>
              <w:spacing w:after="30" w:line="247" w:lineRule="auto"/>
              <w:rPr>
                <w:color w:val="1F2937"/>
              </w:rPr>
            </w:pPr>
          </w:p>
          <w:p w14:paraId="193F391E" w14:textId="77777777" w:rsidR="007E36D2" w:rsidRDefault="007E36D2">
            <w:pPr>
              <w:spacing w:after="30" w:line="247" w:lineRule="auto"/>
              <w:rPr>
                <w:color w:val="1F2937"/>
              </w:rPr>
            </w:pPr>
          </w:p>
          <w:p w14:paraId="4EBED1AF" w14:textId="77777777" w:rsidR="007E36D2" w:rsidRDefault="007E36D2">
            <w:pPr>
              <w:spacing w:after="30" w:line="247" w:lineRule="auto"/>
            </w:pPr>
          </w:p>
        </w:tc>
      </w:tr>
      <w:tr w:rsidR="00D87B09" w14:paraId="3B5DAE97" w14:textId="77777777" w:rsidTr="00245A99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88AE9C1" w14:textId="021C439E" w:rsidR="00D87B09" w:rsidRDefault="00D87B09" w:rsidP="007E36D2">
            <w:pPr>
              <w:spacing w:after="30" w:line="247" w:lineRule="auto"/>
              <w:rPr>
                <w:b/>
                <w:color w:val="1F2937"/>
                <w:sz w:val="19"/>
              </w:rPr>
            </w:pPr>
            <w:proofErr w:type="spellStart"/>
            <w:r>
              <w:rPr>
                <w:b/>
                <w:color w:val="1F2937"/>
                <w:sz w:val="19"/>
              </w:rPr>
              <w:t>Lisansüstü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Eğitim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ve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Stratejik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Planlama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41E5EF5" w14:textId="3BE9E666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6174F0BA" w14:textId="3FA47B63" w:rsidR="00D87B09" w:rsidRDefault="00D87B09" w:rsidP="007E36D2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Doç</w:t>
            </w:r>
            <w:proofErr w:type="spellEnd"/>
            <w:r>
              <w:rPr>
                <w:color w:val="1F2937"/>
              </w:rPr>
              <w:t>. Dr. Asuman SALTAN</w:t>
            </w:r>
          </w:p>
          <w:p w14:paraId="5E43FD7D" w14:textId="3684416E" w:rsidR="00D87B09" w:rsidRDefault="00D87B09" w:rsidP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Dr.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Erdi KAYABINAR</w:t>
            </w:r>
          </w:p>
          <w:p w14:paraId="04368A20" w14:textId="26195FFD" w:rsidR="00D87B09" w:rsidRDefault="00D87B09" w:rsidP="007E36D2">
            <w:pPr>
              <w:spacing w:after="30" w:line="247" w:lineRule="auto"/>
              <w:rPr>
                <w:b/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Yüsra Nur ŞANLITÜRK</w:t>
            </w:r>
          </w:p>
        </w:tc>
      </w:tr>
      <w:tr w:rsidR="00D87B09" w14:paraId="0CCD79F6" w14:textId="77777777" w:rsidTr="00245A99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66E3E3D3" w14:textId="37D1AE66" w:rsidR="00D87B09" w:rsidRDefault="00D87B09" w:rsidP="007E36D2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550F189" w14:textId="430BA30F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Hemşirelik Bölümü:</w:t>
            </w:r>
          </w:p>
          <w:p w14:paraId="4FA81554" w14:textId="418BA54A" w:rsidR="00D87B09" w:rsidRDefault="00D87B09" w:rsidP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Hemşirelik</w:t>
            </w:r>
            <w:proofErr w:type="spellEnd"/>
            <w:r>
              <w:rPr>
                <w:b/>
                <w:color w:val="1F2937"/>
              </w:rPr>
              <w:t xml:space="preserve"> - 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Doç</w:t>
            </w:r>
            <w:proofErr w:type="spellEnd"/>
            <w:r>
              <w:rPr>
                <w:color w:val="1F2937"/>
              </w:rPr>
              <w:t>. Dr. Gamze YILMAZ</w:t>
            </w:r>
          </w:p>
          <w:p w14:paraId="7E472522" w14:textId="4C1C7EF7" w:rsidR="00D87B09" w:rsidRDefault="00D87B09" w:rsidP="007E36D2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Hemşirelik</w:t>
            </w:r>
            <w:proofErr w:type="spellEnd"/>
            <w:r>
              <w:rPr>
                <w:b/>
                <w:color w:val="1F2937"/>
              </w:rPr>
              <w:t xml:space="preserve"> - </w:t>
            </w:r>
            <w:proofErr w:type="spellStart"/>
            <w:r w:rsidR="008A0B17">
              <w:rPr>
                <w:b/>
                <w:color w:val="1F2937"/>
              </w:rPr>
              <w:t>Üye</w:t>
            </w:r>
            <w:proofErr w:type="spellEnd"/>
            <w:r w:rsidR="008A0B17">
              <w:rPr>
                <w:b/>
                <w:color w:val="1F2937"/>
              </w:rPr>
              <w:t>:</w:t>
            </w:r>
            <w:r w:rsidR="008A0B17">
              <w:rPr>
                <w:color w:val="1F2937"/>
              </w:rPr>
              <w:t xml:space="preserve"> </w:t>
            </w:r>
            <w:proofErr w:type="spellStart"/>
            <w:r w:rsidR="008A0B17" w:rsidRPr="008A0B17">
              <w:rPr>
                <w:color w:val="1F2937"/>
              </w:rPr>
              <w:t>Doç</w:t>
            </w:r>
            <w:proofErr w:type="spellEnd"/>
            <w:r w:rsidR="008A0B17" w:rsidRPr="008A0B17">
              <w:rPr>
                <w:color w:val="1F2937"/>
              </w:rPr>
              <w:t>. Dr. Esra USTA</w:t>
            </w:r>
            <w:r w:rsidR="008A0B17">
              <w:rPr>
                <w:color w:val="1F2937"/>
              </w:rPr>
              <w:t xml:space="preserve"> </w:t>
            </w:r>
          </w:p>
          <w:p w14:paraId="63A0042F" w14:textId="1C3AA5A0" w:rsidR="00D87B09" w:rsidRDefault="00D87B09" w:rsidP="007E36D2">
            <w:pPr>
              <w:spacing w:after="30" w:line="247" w:lineRule="auto"/>
            </w:pPr>
            <w:r>
              <w:rPr>
                <w:b/>
                <w:color w:val="1F2937"/>
              </w:rPr>
              <w:t>Hemşirelik - Üye:</w:t>
            </w:r>
            <w:r>
              <w:rPr>
                <w:color w:val="1F2937"/>
              </w:rPr>
              <w:t xml:space="preserve"> Dr. Öğr. </w:t>
            </w:r>
            <w:proofErr w:type="spellStart"/>
            <w:r>
              <w:rPr>
                <w:color w:val="1F2937"/>
              </w:rPr>
              <w:t>Üyesi</w:t>
            </w:r>
            <w:proofErr w:type="spellEnd"/>
            <w:r>
              <w:rPr>
                <w:color w:val="1F2937"/>
              </w:rPr>
              <w:t xml:space="preserve"> Duygu DEMİR</w:t>
            </w:r>
          </w:p>
        </w:tc>
      </w:tr>
      <w:tr w:rsidR="008A238F" w14:paraId="023991B2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E8F0F6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1CC81A6" w14:textId="77777777" w:rsidR="008A238F" w:rsidRDefault="00000000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  <w:sz w:val="19"/>
              </w:rPr>
              <w:t>Bilim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Projeler</w:t>
            </w:r>
            <w:proofErr w:type="spellEnd"/>
            <w:r>
              <w:rPr>
                <w:b/>
                <w:color w:val="1F2937"/>
                <w:sz w:val="19"/>
              </w:rPr>
              <w:t xml:space="preserve"> Hazırlama, </w:t>
            </w:r>
            <w:proofErr w:type="spellStart"/>
            <w:r>
              <w:rPr>
                <w:b/>
                <w:color w:val="1F2937"/>
                <w:sz w:val="19"/>
              </w:rPr>
              <w:t>Destek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ve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Yönetim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  <w:r>
              <w:rPr>
                <w:b/>
                <w:color w:val="1F2937"/>
                <w:sz w:val="19"/>
              </w:rPr>
              <w:t xml:space="preserve"> (</w:t>
            </w:r>
            <w:proofErr w:type="spellStart"/>
            <w:r>
              <w:rPr>
                <w:b/>
                <w:color w:val="1F2937"/>
                <w:sz w:val="19"/>
              </w:rPr>
              <w:t>Ulusal</w:t>
            </w:r>
            <w:proofErr w:type="spellEnd"/>
            <w:r>
              <w:rPr>
                <w:b/>
                <w:color w:val="1F2937"/>
                <w:sz w:val="19"/>
              </w:rPr>
              <w:t xml:space="preserve"> ve Uluslararası)</w:t>
            </w: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FFFFF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5D968862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Doç. Dr. Asuman SALTAN</w:t>
            </w:r>
          </w:p>
          <w:p w14:paraId="72FAF196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Handan EREN</w:t>
            </w:r>
          </w:p>
          <w:p w14:paraId="20130D77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Doç. Dr. Şeyda CAN</w:t>
            </w:r>
          </w:p>
          <w:p w14:paraId="15F85F61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Öğr. Gör. Dr. Şaban ERDOĞAN</w:t>
            </w:r>
          </w:p>
          <w:p w14:paraId="746FDB36" w14:textId="77777777" w:rsidR="008A238F" w:rsidRDefault="00000000">
            <w:pPr>
              <w:spacing w:after="30" w:line="247" w:lineRule="auto"/>
            </w:pPr>
            <w:r>
              <w:rPr>
                <w:b/>
                <w:color w:val="1F2937"/>
              </w:rPr>
              <w:t>Üye:</w:t>
            </w:r>
            <w:r>
              <w:rPr>
                <w:color w:val="1F2937"/>
              </w:rPr>
              <w:t xml:space="preserve"> Arş. Gör. Zeynep İclal SAĞ</w:t>
            </w:r>
          </w:p>
        </w:tc>
      </w:tr>
      <w:tr w:rsidR="00D87B09" w14:paraId="231E49FB" w14:textId="77777777" w:rsidTr="009C20F4">
        <w:trPr>
          <w:cantSplit/>
          <w:jc w:val="center"/>
        </w:trPr>
        <w:tc>
          <w:tcPr>
            <w:tcW w:w="3969" w:type="dxa"/>
            <w:vMerge w:val="restart"/>
            <w:tcBorders>
              <w:top w:val="single" w:sz="4" w:space="0" w:color="AFC2D2"/>
              <w:left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7358C78" w14:textId="658AC8D7" w:rsidR="00D87B09" w:rsidRDefault="00D87B09" w:rsidP="009C20F4">
            <w:pPr>
              <w:spacing w:after="30" w:line="247" w:lineRule="auto"/>
              <w:rPr>
                <w:b/>
                <w:color w:val="1F2937"/>
                <w:sz w:val="19"/>
              </w:rPr>
            </w:pPr>
            <w:proofErr w:type="spellStart"/>
            <w:r>
              <w:rPr>
                <w:b/>
                <w:color w:val="1F2937"/>
                <w:sz w:val="19"/>
              </w:rPr>
              <w:t>Sosyal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Transkript</w:t>
            </w:r>
            <w:proofErr w:type="spellEnd"/>
            <w:r>
              <w:rPr>
                <w:b/>
                <w:color w:val="1F2937"/>
                <w:sz w:val="19"/>
              </w:rPr>
              <w:t xml:space="preserve"> </w:t>
            </w:r>
            <w:proofErr w:type="spellStart"/>
            <w:r>
              <w:rPr>
                <w:b/>
                <w:color w:val="1F2937"/>
                <w:sz w:val="19"/>
              </w:rPr>
              <w:t>Komisyonu</w:t>
            </w:r>
            <w:proofErr w:type="spellEnd"/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454833B6" w14:textId="2AECF6C0" w:rsidR="007E36D2" w:rsidRPr="007E36D2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Fizyoterapi ve Rehabilitasyon Bölümü:</w:t>
            </w:r>
          </w:p>
          <w:p w14:paraId="0A116409" w14:textId="77777777" w:rsidR="007E36D2" w:rsidRDefault="00D87B09" w:rsidP="00D87B09">
            <w:pPr>
              <w:spacing w:after="30" w:line="247" w:lineRule="auto"/>
              <w:rPr>
                <w:b/>
                <w:color w:val="1F2937"/>
              </w:rPr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Öğr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Yüsra Nur ŞANLITÜRK</w:t>
            </w:r>
            <w:r>
              <w:rPr>
                <w:b/>
                <w:color w:val="1F2937"/>
              </w:rPr>
              <w:t xml:space="preserve"> </w:t>
            </w:r>
          </w:p>
          <w:p w14:paraId="1239FA72" w14:textId="053CD704" w:rsidR="00D87B09" w:rsidRDefault="00D87B09" w:rsidP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>. Gözde ARICA</w:t>
            </w:r>
          </w:p>
          <w:p w14:paraId="5C5AD15A" w14:textId="0F4B6387" w:rsidR="00D87B09" w:rsidRDefault="00D87B09" w:rsidP="00D87B09">
            <w:pPr>
              <w:spacing w:after="30" w:line="247" w:lineRule="auto"/>
              <w:rPr>
                <w:b/>
                <w:color w:val="1F2937"/>
              </w:rPr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 xml:space="preserve">. </w:t>
            </w:r>
            <w:proofErr w:type="spellStart"/>
            <w:r>
              <w:rPr>
                <w:color w:val="1F2937"/>
              </w:rPr>
              <w:t>Gör</w:t>
            </w:r>
            <w:proofErr w:type="spellEnd"/>
            <w:r>
              <w:rPr>
                <w:color w:val="1F2937"/>
              </w:rPr>
              <w:t xml:space="preserve">. Zeynep </w:t>
            </w:r>
            <w:proofErr w:type="spellStart"/>
            <w:r>
              <w:rPr>
                <w:color w:val="1F2937"/>
              </w:rPr>
              <w:t>İclal</w:t>
            </w:r>
            <w:proofErr w:type="spellEnd"/>
            <w:r>
              <w:rPr>
                <w:color w:val="1F2937"/>
              </w:rPr>
              <w:t xml:space="preserve"> SAĞ</w:t>
            </w:r>
          </w:p>
        </w:tc>
      </w:tr>
      <w:tr w:rsidR="00D87B09" w14:paraId="75D2E79C" w14:textId="77777777" w:rsidTr="009C20F4">
        <w:trPr>
          <w:cantSplit/>
          <w:jc w:val="center"/>
        </w:trPr>
        <w:tc>
          <w:tcPr>
            <w:tcW w:w="3969" w:type="dxa"/>
            <w:vMerge/>
            <w:tcBorders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DCE8F2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7596FC81" w14:textId="18CC028E" w:rsidR="00D87B09" w:rsidRDefault="00D87B09">
            <w:pPr>
              <w:spacing w:after="30" w:line="247" w:lineRule="auto"/>
            </w:pPr>
          </w:p>
        </w:tc>
        <w:tc>
          <w:tcPr>
            <w:tcW w:w="6293" w:type="dxa"/>
            <w:tcBorders>
              <w:top w:val="single" w:sz="4" w:space="0" w:color="AFC2D2"/>
              <w:left w:val="single" w:sz="4" w:space="0" w:color="AFC2D2"/>
              <w:bottom w:val="single" w:sz="4" w:space="0" w:color="AFC2D2"/>
              <w:right w:val="single" w:sz="4" w:space="0" w:color="AFC2D2"/>
            </w:tcBorders>
            <w:shd w:val="clear" w:color="auto" w:fill="F8FAFC"/>
            <w:tcMar>
              <w:top w:w="105" w:type="dxa"/>
              <w:left w:w="135" w:type="dxa"/>
              <w:bottom w:w="105" w:type="dxa"/>
              <w:right w:w="135" w:type="dxa"/>
            </w:tcMar>
            <w:vAlign w:val="center"/>
          </w:tcPr>
          <w:p w14:paraId="297EEC52" w14:textId="77777777" w:rsidR="007E36D2" w:rsidRPr="00B00C17" w:rsidRDefault="007E36D2" w:rsidP="007E36D2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="Segoe UI"/>
                <w:sz w:val="18"/>
                <w:szCs w:val="18"/>
              </w:rPr>
            </w:pPr>
            <w:r w:rsidRPr="00B00C17">
              <w:rPr>
                <w:rStyle w:val="normaltextrun"/>
                <w:rFonts w:ascii="Aptos" w:hAnsi="Aptos"/>
                <w:b/>
                <w:bCs/>
                <w:sz w:val="18"/>
                <w:szCs w:val="18"/>
              </w:rPr>
              <w:t>Hemşirelik Bölümü:</w:t>
            </w:r>
          </w:p>
          <w:p w14:paraId="3C61CC77" w14:textId="5C9FC3CF" w:rsidR="00D87B09" w:rsidRDefault="00D87B09">
            <w:pPr>
              <w:spacing w:after="30" w:line="247" w:lineRule="auto"/>
            </w:pPr>
            <w:r>
              <w:rPr>
                <w:b/>
                <w:color w:val="1F2937"/>
              </w:rPr>
              <w:t>Başkan: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Doç</w:t>
            </w:r>
            <w:proofErr w:type="spellEnd"/>
            <w:r>
              <w:rPr>
                <w:color w:val="1F2937"/>
              </w:rPr>
              <w:t>. Dr. Şadiye ÖZCAN</w:t>
            </w:r>
          </w:p>
          <w:p w14:paraId="0EEDB57E" w14:textId="01455A24" w:rsidR="00D87B09" w:rsidRDefault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>. Gör. İrem ÖZTÜRK BARDAK</w:t>
            </w:r>
          </w:p>
          <w:p w14:paraId="23790C20" w14:textId="7A935589" w:rsidR="00D87B09" w:rsidRDefault="00D87B09">
            <w:pPr>
              <w:spacing w:after="30" w:line="247" w:lineRule="auto"/>
            </w:pPr>
            <w:proofErr w:type="spellStart"/>
            <w:r>
              <w:rPr>
                <w:b/>
                <w:color w:val="1F2937"/>
              </w:rPr>
              <w:t>Üye</w:t>
            </w:r>
            <w:proofErr w:type="spellEnd"/>
            <w:r>
              <w:rPr>
                <w:b/>
                <w:color w:val="1F2937"/>
              </w:rPr>
              <w:t>:</w:t>
            </w:r>
            <w:r>
              <w:rPr>
                <w:color w:val="1F2937"/>
              </w:rPr>
              <w:t xml:space="preserve"> </w:t>
            </w:r>
            <w:proofErr w:type="spellStart"/>
            <w:r>
              <w:rPr>
                <w:color w:val="1F2937"/>
              </w:rPr>
              <w:t>Arş</w:t>
            </w:r>
            <w:proofErr w:type="spellEnd"/>
            <w:r>
              <w:rPr>
                <w:color w:val="1F2937"/>
              </w:rPr>
              <w:t>. Gör. Elif BALKAN KURU</w:t>
            </w:r>
          </w:p>
        </w:tc>
      </w:tr>
    </w:tbl>
    <w:p w14:paraId="370C5085" w14:textId="77777777" w:rsidR="00FD0871" w:rsidRDefault="00FD0871"/>
    <w:sectPr w:rsidR="00FD0871" w:rsidSect="00034616">
      <w:footerReference w:type="default" r:id="rId8"/>
      <w:pgSz w:w="11906" w:h="16838"/>
      <w:pgMar w:top="765" w:right="765" w:bottom="709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C99DB" w14:textId="77777777" w:rsidR="0033744D" w:rsidRDefault="0033744D">
      <w:pPr>
        <w:spacing w:after="0" w:line="240" w:lineRule="auto"/>
      </w:pPr>
      <w:r>
        <w:separator/>
      </w:r>
    </w:p>
  </w:endnote>
  <w:endnote w:type="continuationSeparator" w:id="0">
    <w:p w14:paraId="6CE643CB" w14:textId="77777777" w:rsidR="0033744D" w:rsidRDefault="00337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6491" w14:textId="77777777" w:rsidR="008A238F" w:rsidRDefault="00000000">
    <w:pPr>
      <w:pStyle w:val="AltBilgi"/>
      <w:jc w:val="center"/>
    </w:pPr>
    <w:r>
      <w:rPr>
        <w:color w:val="64748B"/>
        <w:sz w:val="16"/>
      </w:rPr>
      <w:t xml:space="preserve">Yalova </w:t>
    </w:r>
    <w:proofErr w:type="spellStart"/>
    <w:r>
      <w:rPr>
        <w:color w:val="64748B"/>
        <w:sz w:val="16"/>
      </w:rPr>
      <w:t>Üniversitesi</w:t>
    </w:r>
    <w:proofErr w:type="spellEnd"/>
    <w:r>
      <w:rPr>
        <w:color w:val="64748B"/>
        <w:sz w:val="16"/>
      </w:rPr>
      <w:t xml:space="preserve"> </w:t>
    </w:r>
    <w:proofErr w:type="spellStart"/>
    <w:r>
      <w:rPr>
        <w:color w:val="64748B"/>
        <w:sz w:val="16"/>
      </w:rPr>
      <w:t>Sağlık</w:t>
    </w:r>
    <w:proofErr w:type="spellEnd"/>
    <w:r>
      <w:rPr>
        <w:color w:val="64748B"/>
        <w:sz w:val="16"/>
      </w:rPr>
      <w:t xml:space="preserve"> </w:t>
    </w:r>
    <w:proofErr w:type="spellStart"/>
    <w:r>
      <w:rPr>
        <w:color w:val="64748B"/>
        <w:sz w:val="16"/>
      </w:rPr>
      <w:t>Bilimleri</w:t>
    </w:r>
    <w:proofErr w:type="spellEnd"/>
    <w:r>
      <w:rPr>
        <w:color w:val="64748B"/>
        <w:sz w:val="16"/>
      </w:rPr>
      <w:t xml:space="preserve"> </w:t>
    </w:r>
    <w:proofErr w:type="spellStart"/>
    <w:proofErr w:type="gramStart"/>
    <w:r>
      <w:rPr>
        <w:color w:val="64748B"/>
        <w:sz w:val="16"/>
      </w:rPr>
      <w:t>Fakültesi</w:t>
    </w:r>
    <w:proofErr w:type="spellEnd"/>
    <w:r>
      <w:rPr>
        <w:color w:val="94A3B8"/>
        <w:sz w:val="16"/>
      </w:rPr>
      <w:t xml:space="preserve">  |</w:t>
    </w:r>
    <w:proofErr w:type="gramEnd"/>
    <w:r>
      <w:rPr>
        <w:color w:val="94A3B8"/>
        <w:sz w:val="16"/>
      </w:rPr>
      <w:t xml:space="preserve">  </w:t>
    </w:r>
    <w:proofErr w:type="spellStart"/>
    <w:r>
      <w:rPr>
        <w:color w:val="64748B"/>
        <w:sz w:val="16"/>
      </w:rPr>
      <w:t>Sayfa</w:t>
    </w:r>
    <w:proofErr w:type="spellEnd"/>
    <w:r>
      <w:rPr>
        <w:color w:val="64748B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480F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08BC" w14:textId="77777777" w:rsidR="0033744D" w:rsidRDefault="0033744D">
      <w:pPr>
        <w:spacing w:after="0" w:line="240" w:lineRule="auto"/>
      </w:pPr>
      <w:r>
        <w:separator/>
      </w:r>
    </w:p>
  </w:footnote>
  <w:footnote w:type="continuationSeparator" w:id="0">
    <w:p w14:paraId="21D2F746" w14:textId="77777777" w:rsidR="0033744D" w:rsidRDefault="00337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2375659">
    <w:abstractNumId w:val="8"/>
  </w:num>
  <w:num w:numId="2" w16cid:durableId="476842322">
    <w:abstractNumId w:val="6"/>
  </w:num>
  <w:num w:numId="3" w16cid:durableId="1952542979">
    <w:abstractNumId w:val="5"/>
  </w:num>
  <w:num w:numId="4" w16cid:durableId="1620453788">
    <w:abstractNumId w:val="4"/>
  </w:num>
  <w:num w:numId="5" w16cid:durableId="1909538739">
    <w:abstractNumId w:val="7"/>
  </w:num>
  <w:num w:numId="6" w16cid:durableId="235436775">
    <w:abstractNumId w:val="3"/>
  </w:num>
  <w:num w:numId="7" w16cid:durableId="575281513">
    <w:abstractNumId w:val="2"/>
  </w:num>
  <w:num w:numId="8" w16cid:durableId="1961495160">
    <w:abstractNumId w:val="1"/>
  </w:num>
  <w:num w:numId="9" w16cid:durableId="140498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91F"/>
    <w:rsid w:val="000E7FFD"/>
    <w:rsid w:val="0015074B"/>
    <w:rsid w:val="0029639D"/>
    <w:rsid w:val="00326F90"/>
    <w:rsid w:val="0033744D"/>
    <w:rsid w:val="00480F82"/>
    <w:rsid w:val="007E36D2"/>
    <w:rsid w:val="008A0B17"/>
    <w:rsid w:val="008A238F"/>
    <w:rsid w:val="00AA1D8D"/>
    <w:rsid w:val="00B00C17"/>
    <w:rsid w:val="00B1721C"/>
    <w:rsid w:val="00B47730"/>
    <w:rsid w:val="00CB0664"/>
    <w:rsid w:val="00D87B09"/>
    <w:rsid w:val="00DA1760"/>
    <w:rsid w:val="00DF2D58"/>
    <w:rsid w:val="00FC693F"/>
    <w:rsid w:val="00FD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EF27D"/>
  <w14:defaultImageDpi w14:val="300"/>
  <w15:docId w15:val="{73B69F69-15D8-4993-95F6-2268A77B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VarsaylanParagrafYazTipi"/>
    <w:rsid w:val="00480F82"/>
  </w:style>
  <w:style w:type="character" w:customStyle="1" w:styleId="eop">
    <w:name w:val="eop"/>
    <w:basedOn w:val="VarsaylanParagrafYazTipi"/>
    <w:rsid w:val="00480F82"/>
  </w:style>
  <w:style w:type="paragraph" w:customStyle="1" w:styleId="paragraph">
    <w:name w:val="paragraph"/>
    <w:basedOn w:val="Normal"/>
    <w:rsid w:val="00480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8A0B17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A0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Sağlık Bilimleri Fakültesi Komisyonlar ve Görevlendirmeler</dc:title>
  <dc:subject>Güncel komisyon listesi</dc:subject>
  <dc:creator>Şaban Erdoğan</dc:creator>
  <cp:keywords/>
  <dc:description>generated by python-docx</dc:description>
  <cp:lastModifiedBy>Hüseyin Oğuz Yavuz</cp:lastModifiedBy>
  <cp:revision>19</cp:revision>
  <dcterms:created xsi:type="dcterms:W3CDTF">2026-09-11T12:13:00Z</dcterms:created>
  <dcterms:modified xsi:type="dcterms:W3CDTF">2026-10-23T12:09:00Z</dcterms:modified>
  <cp:category/>
</cp:coreProperties>
</file>