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6A591B" w14:textId="77777777" w:rsidR="008A238F" w:rsidRPr="00DF2D58" w:rsidRDefault="00000000">
      <w:pPr>
        <w:spacing w:after="40"/>
        <w:jc w:val="center"/>
        <w:rPr>
          <w:sz w:val="24"/>
          <w:szCs w:val="24"/>
        </w:rPr>
      </w:pPr>
      <w:r w:rsidRPr="00DF2D58">
        <w:rPr>
          <w:rFonts w:ascii="Aptos Display" w:hAnsi="Aptos Display"/>
          <w:b/>
          <w:sz w:val="24"/>
          <w:szCs w:val="24"/>
        </w:rPr>
        <w:t>YALOVA ÜNİVERSİTESİ</w:t>
      </w:r>
    </w:p>
    <w:p w14:paraId="07E91650" w14:textId="77777777" w:rsidR="008A238F" w:rsidRPr="00DF2D58" w:rsidRDefault="00000000">
      <w:pPr>
        <w:spacing w:after="60"/>
        <w:jc w:val="center"/>
        <w:rPr>
          <w:sz w:val="24"/>
          <w:szCs w:val="24"/>
        </w:rPr>
      </w:pPr>
      <w:r w:rsidRPr="00DF2D58">
        <w:rPr>
          <w:rFonts w:ascii="Aptos Display" w:hAnsi="Aptos Display"/>
          <w:b/>
          <w:sz w:val="24"/>
          <w:szCs w:val="24"/>
        </w:rPr>
        <w:t>SAĞLIK BİLİMLERİ FAKÜLTESİ</w:t>
      </w:r>
    </w:p>
    <w:p w14:paraId="1409A2B4" w14:textId="21E8A0D5" w:rsidR="008A238F" w:rsidRPr="00DF2D58" w:rsidRDefault="00000000">
      <w:pPr>
        <w:spacing w:after="180"/>
        <w:jc w:val="center"/>
        <w:rPr>
          <w:sz w:val="24"/>
          <w:szCs w:val="24"/>
        </w:rPr>
      </w:pPr>
      <w:r w:rsidRPr="00DF2D58">
        <w:rPr>
          <w:rFonts w:ascii="Aptos Display" w:hAnsi="Aptos Display"/>
          <w:b/>
          <w:sz w:val="24"/>
          <w:szCs w:val="24"/>
        </w:rPr>
        <w:t xml:space="preserve">KOMİSYONLAR </w:t>
      </w:r>
    </w:p>
    <w:p w14:paraId="50B38A3D" w14:textId="6A463192" w:rsidR="008A238F" w:rsidRDefault="00000000">
      <w:pPr>
        <w:spacing w:after="100"/>
        <w:jc w:val="right"/>
      </w:pPr>
      <w:proofErr w:type="spellStart"/>
      <w:r>
        <w:rPr>
          <w:i/>
          <w:color w:val="64748B"/>
          <w:sz w:val="16"/>
        </w:rPr>
        <w:t>Gün</w:t>
      </w:r>
      <w:r w:rsidR="00DF2D58">
        <w:rPr>
          <w:i/>
          <w:color w:val="64748B"/>
          <w:sz w:val="16"/>
        </w:rPr>
        <w:t>celleme</w:t>
      </w:r>
      <w:proofErr w:type="spellEnd"/>
      <w:r w:rsidR="00DF2D58">
        <w:rPr>
          <w:i/>
          <w:color w:val="64748B"/>
          <w:sz w:val="16"/>
        </w:rPr>
        <w:t xml:space="preserve"> </w:t>
      </w:r>
      <w:proofErr w:type="spellStart"/>
      <w:r w:rsidR="00DF2D58">
        <w:rPr>
          <w:i/>
          <w:color w:val="64748B"/>
          <w:sz w:val="16"/>
        </w:rPr>
        <w:t>tarihi</w:t>
      </w:r>
      <w:proofErr w:type="spellEnd"/>
      <w:r w:rsidR="00DF2D58">
        <w:rPr>
          <w:i/>
          <w:color w:val="64748B"/>
          <w:sz w:val="16"/>
        </w:rPr>
        <w:t>: 11/09/2026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969"/>
        <w:gridCol w:w="6293"/>
      </w:tblGrid>
      <w:tr w:rsidR="008A238F" w14:paraId="5070670F" w14:textId="77777777">
        <w:trPr>
          <w:tblHeader/>
          <w:jc w:val="center"/>
        </w:trPr>
        <w:tc>
          <w:tcPr>
            <w:tcW w:w="3969" w:type="dxa"/>
            <w:tcBorders>
              <w:top w:val="single" w:sz="4" w:space="0" w:color="AFC2D2"/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173B5E"/>
            <w:tcMar>
              <w:top w:w="110" w:type="dxa"/>
              <w:left w:w="140" w:type="dxa"/>
              <w:bottom w:w="110" w:type="dxa"/>
              <w:right w:w="140" w:type="dxa"/>
            </w:tcMar>
            <w:vAlign w:val="center"/>
          </w:tcPr>
          <w:p w14:paraId="12CB1E81" w14:textId="77777777" w:rsidR="008A238F" w:rsidRDefault="00000000">
            <w:pPr>
              <w:jc w:val="center"/>
            </w:pPr>
            <w:r>
              <w:rPr>
                <w:b/>
                <w:color w:val="FFFFFF"/>
              </w:rPr>
              <w:t>KOMİSYON / GÖREV</w:t>
            </w:r>
          </w:p>
        </w:tc>
        <w:tc>
          <w:tcPr>
            <w:tcW w:w="6293" w:type="dxa"/>
            <w:tcBorders>
              <w:top w:val="single" w:sz="4" w:space="0" w:color="AFC2D2"/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173B5E"/>
            <w:tcMar>
              <w:top w:w="110" w:type="dxa"/>
              <w:left w:w="140" w:type="dxa"/>
              <w:bottom w:w="110" w:type="dxa"/>
              <w:right w:w="140" w:type="dxa"/>
            </w:tcMar>
            <w:vAlign w:val="center"/>
          </w:tcPr>
          <w:p w14:paraId="155DF443" w14:textId="77777777" w:rsidR="008A238F" w:rsidRDefault="00000000">
            <w:pPr>
              <w:jc w:val="center"/>
            </w:pPr>
            <w:r>
              <w:rPr>
                <w:b/>
                <w:color w:val="FFFFFF"/>
              </w:rPr>
              <w:t>BAŞKAN / ÜYE / SORUMLU</w:t>
            </w:r>
          </w:p>
        </w:tc>
      </w:tr>
      <w:tr w:rsidR="008A238F" w14:paraId="7DA5296A" w14:textId="77777777">
        <w:trPr>
          <w:cantSplit/>
          <w:jc w:val="center"/>
        </w:trPr>
        <w:tc>
          <w:tcPr>
            <w:tcW w:w="3969" w:type="dxa"/>
            <w:tcBorders>
              <w:top w:val="single" w:sz="4" w:space="0" w:color="AFC2D2"/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DCE8F2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032E978D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  <w:sz w:val="19"/>
              </w:rPr>
              <w:t>Eğitim Komisyonu</w:t>
            </w:r>
          </w:p>
        </w:tc>
        <w:tc>
          <w:tcPr>
            <w:tcW w:w="6293" w:type="dxa"/>
            <w:tcBorders>
              <w:top w:val="single" w:sz="4" w:space="0" w:color="AFC2D2"/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F8FAFC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2D789B52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</w:rPr>
              <w:t>Başkan:</w:t>
            </w:r>
            <w:r>
              <w:rPr>
                <w:color w:val="1F2937"/>
              </w:rPr>
              <w:t xml:space="preserve"> Prof. Dr. (Dekan-Başkan)</w:t>
            </w:r>
          </w:p>
          <w:p w14:paraId="06EB5AE2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</w:rPr>
              <w:t>Üye:</w:t>
            </w:r>
            <w:r>
              <w:rPr>
                <w:color w:val="1F2937"/>
              </w:rPr>
              <w:t xml:space="preserve"> Doç. Dr. Gamze YILMAZ</w:t>
            </w:r>
          </w:p>
          <w:p w14:paraId="0E0A3C2A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</w:rPr>
              <w:t>Üye:</w:t>
            </w:r>
            <w:r>
              <w:rPr>
                <w:color w:val="1F2937"/>
              </w:rPr>
              <w:t xml:space="preserve"> Doç. Dr. Asuman SALTAN</w:t>
            </w:r>
          </w:p>
          <w:p w14:paraId="39B2C33E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</w:rPr>
              <w:t>Üye:</w:t>
            </w:r>
            <w:r>
              <w:rPr>
                <w:color w:val="1F2937"/>
              </w:rPr>
              <w:t xml:space="preserve"> Doç. Dr. Şadiye ÖZCAN</w:t>
            </w:r>
          </w:p>
          <w:p w14:paraId="19F8ECE7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</w:rPr>
              <w:t>Üye:</w:t>
            </w:r>
            <w:r>
              <w:rPr>
                <w:color w:val="1F2937"/>
              </w:rPr>
              <w:t xml:space="preserve"> Dr. Öğr. Üyesi Erdi KAYABINAR</w:t>
            </w:r>
          </w:p>
        </w:tc>
      </w:tr>
      <w:tr w:rsidR="008A238F" w14:paraId="4D9D20E0" w14:textId="77777777">
        <w:trPr>
          <w:cantSplit/>
          <w:jc w:val="center"/>
        </w:trPr>
        <w:tc>
          <w:tcPr>
            <w:tcW w:w="3969" w:type="dxa"/>
            <w:tcBorders>
              <w:top w:val="single" w:sz="4" w:space="0" w:color="AFC2D2"/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E8F0F6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4432BCFF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  <w:sz w:val="19"/>
              </w:rPr>
              <w:t>Akreditasyon Komisyonu</w:t>
            </w:r>
          </w:p>
        </w:tc>
        <w:tc>
          <w:tcPr>
            <w:tcW w:w="6293" w:type="dxa"/>
            <w:tcBorders>
              <w:top w:val="single" w:sz="4" w:space="0" w:color="AFC2D2"/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FFFFFF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69895548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</w:rPr>
              <w:t>Başkan:</w:t>
            </w:r>
            <w:r>
              <w:rPr>
                <w:color w:val="1F2937"/>
              </w:rPr>
              <w:t xml:space="preserve"> Prof. Dr. (Dekan-Başkan)</w:t>
            </w:r>
          </w:p>
          <w:p w14:paraId="54999268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</w:rPr>
              <w:t>Üye:</w:t>
            </w:r>
            <w:r>
              <w:rPr>
                <w:color w:val="1F2937"/>
              </w:rPr>
              <w:t xml:space="preserve"> Dekan Yardımcıları</w:t>
            </w:r>
          </w:p>
          <w:p w14:paraId="22928529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</w:rPr>
              <w:t>Üye:</w:t>
            </w:r>
            <w:r>
              <w:rPr>
                <w:color w:val="1F2937"/>
              </w:rPr>
              <w:t xml:space="preserve"> Bölüm Başkanları</w:t>
            </w:r>
          </w:p>
          <w:p w14:paraId="6A0B4684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</w:rPr>
              <w:t>Üye:</w:t>
            </w:r>
            <w:r>
              <w:rPr>
                <w:color w:val="1F2937"/>
              </w:rPr>
              <w:t xml:space="preserve"> Anabilim Dalı Başkanları</w:t>
            </w:r>
          </w:p>
        </w:tc>
      </w:tr>
      <w:tr w:rsidR="008A238F" w14:paraId="516A3E9B" w14:textId="77777777">
        <w:trPr>
          <w:cantSplit/>
          <w:jc w:val="center"/>
        </w:trPr>
        <w:tc>
          <w:tcPr>
            <w:tcW w:w="3969" w:type="dxa"/>
            <w:tcBorders>
              <w:top w:val="single" w:sz="4" w:space="0" w:color="AFC2D2"/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DCE8F2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200312EF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  <w:sz w:val="19"/>
              </w:rPr>
              <w:t>Stratejik Plan Hazırlama, İzleme ve Değerlendirme Komisyonu</w:t>
            </w:r>
          </w:p>
        </w:tc>
        <w:tc>
          <w:tcPr>
            <w:tcW w:w="6293" w:type="dxa"/>
            <w:tcBorders>
              <w:top w:val="single" w:sz="4" w:space="0" w:color="AFC2D2"/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F8FAFC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30FA2155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</w:rPr>
              <w:t>Başkan:</w:t>
            </w:r>
            <w:r>
              <w:rPr>
                <w:color w:val="1F2937"/>
              </w:rPr>
              <w:t xml:space="preserve"> Prof. Dr. (Dekan-Başkan)</w:t>
            </w:r>
          </w:p>
          <w:p w14:paraId="06DD90CD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</w:rPr>
              <w:t>Üye:</w:t>
            </w:r>
            <w:r>
              <w:rPr>
                <w:color w:val="1F2937"/>
              </w:rPr>
              <w:t xml:space="preserve"> Dekan Yardımcıları</w:t>
            </w:r>
          </w:p>
          <w:p w14:paraId="7D08B08E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</w:rPr>
              <w:t>Üye:</w:t>
            </w:r>
            <w:r>
              <w:rPr>
                <w:color w:val="1F2937"/>
              </w:rPr>
              <w:t xml:space="preserve"> Bölüm Başkanları</w:t>
            </w:r>
          </w:p>
        </w:tc>
      </w:tr>
      <w:tr w:rsidR="007E36D2" w14:paraId="43280E3A" w14:textId="77777777" w:rsidTr="00B14D02">
        <w:trPr>
          <w:cantSplit/>
          <w:jc w:val="center"/>
        </w:trPr>
        <w:tc>
          <w:tcPr>
            <w:tcW w:w="3969" w:type="dxa"/>
            <w:vMerge w:val="restart"/>
            <w:tcBorders>
              <w:top w:val="single" w:sz="4" w:space="0" w:color="AFC2D2"/>
              <w:left w:val="single" w:sz="4" w:space="0" w:color="AFC2D2"/>
              <w:right w:val="single" w:sz="4" w:space="0" w:color="AFC2D2"/>
            </w:tcBorders>
            <w:shd w:val="clear" w:color="auto" w:fill="E8F0F6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15B3302D" w14:textId="237E41E9" w:rsidR="007E36D2" w:rsidRDefault="007E36D2">
            <w:pPr>
              <w:spacing w:after="30" w:line="247" w:lineRule="auto"/>
            </w:pPr>
            <w:proofErr w:type="spellStart"/>
            <w:r>
              <w:rPr>
                <w:b/>
                <w:color w:val="1F2937"/>
                <w:sz w:val="19"/>
              </w:rPr>
              <w:t>Yatay</w:t>
            </w:r>
            <w:proofErr w:type="spellEnd"/>
            <w:r>
              <w:rPr>
                <w:b/>
                <w:color w:val="1F2937"/>
                <w:sz w:val="19"/>
              </w:rPr>
              <w:t xml:space="preserve"> Geçiş, Ders </w:t>
            </w:r>
            <w:proofErr w:type="spellStart"/>
            <w:r>
              <w:rPr>
                <w:b/>
                <w:color w:val="1F2937"/>
                <w:sz w:val="19"/>
              </w:rPr>
              <w:t>Eşdeğerlilik</w:t>
            </w:r>
            <w:proofErr w:type="spellEnd"/>
            <w:r>
              <w:rPr>
                <w:b/>
                <w:color w:val="1F2937"/>
                <w:sz w:val="19"/>
              </w:rPr>
              <w:t xml:space="preserve"> ve İntibak </w:t>
            </w:r>
            <w:proofErr w:type="spellStart"/>
            <w:r>
              <w:rPr>
                <w:b/>
                <w:color w:val="1F2937"/>
                <w:sz w:val="19"/>
              </w:rPr>
              <w:t>Komisyonu</w:t>
            </w:r>
            <w:proofErr w:type="spellEnd"/>
          </w:p>
          <w:p w14:paraId="73F0A66F" w14:textId="3DB356B2" w:rsidR="007E36D2" w:rsidRDefault="007E36D2" w:rsidP="00B14D02">
            <w:pPr>
              <w:spacing w:after="30" w:line="247" w:lineRule="auto"/>
            </w:pPr>
          </w:p>
        </w:tc>
        <w:tc>
          <w:tcPr>
            <w:tcW w:w="6293" w:type="dxa"/>
            <w:tcBorders>
              <w:top w:val="single" w:sz="4" w:space="0" w:color="AFC2D2"/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FFFFFF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335BC021" w14:textId="77777777" w:rsidR="007E36D2" w:rsidRPr="00B00C17" w:rsidRDefault="007E36D2" w:rsidP="007E36D2">
            <w:pPr>
              <w:pStyle w:val="paragraph"/>
              <w:spacing w:before="0" w:beforeAutospacing="0" w:after="0" w:afterAutospacing="0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B00C17">
              <w:rPr>
                <w:rStyle w:val="normaltextrun"/>
                <w:rFonts w:ascii="Aptos" w:hAnsi="Aptos"/>
                <w:b/>
                <w:bCs/>
                <w:sz w:val="18"/>
                <w:szCs w:val="18"/>
              </w:rPr>
              <w:t>Hemşirelik Bölümü:</w:t>
            </w:r>
          </w:p>
          <w:p w14:paraId="722DE044" w14:textId="618418BC" w:rsidR="007E36D2" w:rsidRDefault="007E36D2">
            <w:pPr>
              <w:spacing w:after="30" w:line="247" w:lineRule="auto"/>
            </w:pPr>
            <w:r>
              <w:rPr>
                <w:b/>
                <w:color w:val="1F2937"/>
              </w:rPr>
              <w:t>Başkan:</w:t>
            </w:r>
            <w:r>
              <w:rPr>
                <w:color w:val="1F2937"/>
              </w:rPr>
              <w:t xml:space="preserve"> </w:t>
            </w:r>
            <w:proofErr w:type="spellStart"/>
            <w:r>
              <w:rPr>
                <w:color w:val="1F2937"/>
              </w:rPr>
              <w:t>Doç</w:t>
            </w:r>
            <w:proofErr w:type="spellEnd"/>
            <w:r>
              <w:rPr>
                <w:color w:val="1F2937"/>
              </w:rPr>
              <w:t>. Dr. Yasemin KARACAN</w:t>
            </w:r>
          </w:p>
          <w:p w14:paraId="650178ED" w14:textId="77777777" w:rsidR="007E36D2" w:rsidRDefault="007E36D2">
            <w:pPr>
              <w:spacing w:after="30" w:line="247" w:lineRule="auto"/>
            </w:pPr>
            <w:r>
              <w:rPr>
                <w:b/>
                <w:color w:val="1F2937"/>
              </w:rPr>
              <w:t>Üye:</w:t>
            </w:r>
            <w:r>
              <w:rPr>
                <w:color w:val="1F2937"/>
              </w:rPr>
              <w:t xml:space="preserve"> Dr. Öğr. Üyesi Fatma DEMİRKAYA</w:t>
            </w:r>
          </w:p>
          <w:p w14:paraId="04890F6B" w14:textId="77777777" w:rsidR="007E36D2" w:rsidRDefault="007E36D2">
            <w:pPr>
              <w:spacing w:after="30" w:line="247" w:lineRule="auto"/>
            </w:pPr>
            <w:r>
              <w:rPr>
                <w:b/>
                <w:color w:val="1F2937"/>
              </w:rPr>
              <w:t>Üye:</w:t>
            </w:r>
            <w:r>
              <w:rPr>
                <w:color w:val="1F2937"/>
              </w:rPr>
              <w:t xml:space="preserve"> Dr. Öğr. Üyesi Esra USTA</w:t>
            </w:r>
          </w:p>
          <w:p w14:paraId="19211DE4" w14:textId="77777777" w:rsidR="007E36D2" w:rsidRDefault="007E36D2">
            <w:pPr>
              <w:spacing w:after="30" w:line="247" w:lineRule="auto"/>
            </w:pPr>
            <w:r>
              <w:rPr>
                <w:b/>
                <w:color w:val="1F2937"/>
              </w:rPr>
              <w:t>Üye:</w:t>
            </w:r>
            <w:r>
              <w:rPr>
                <w:color w:val="1F2937"/>
              </w:rPr>
              <w:t xml:space="preserve"> Arş. Gör. Erdoğan YOLBAŞ</w:t>
            </w:r>
          </w:p>
          <w:p w14:paraId="26847924" w14:textId="77777777" w:rsidR="007E36D2" w:rsidRDefault="007E36D2">
            <w:pPr>
              <w:spacing w:after="30" w:line="247" w:lineRule="auto"/>
            </w:pPr>
            <w:r>
              <w:rPr>
                <w:b/>
                <w:color w:val="1F2937"/>
              </w:rPr>
              <w:t>Üye:</w:t>
            </w:r>
            <w:r>
              <w:rPr>
                <w:color w:val="1F2937"/>
              </w:rPr>
              <w:t xml:space="preserve"> Arş. Gör. İrem ÖZTÜRK BARDAK</w:t>
            </w:r>
          </w:p>
        </w:tc>
      </w:tr>
      <w:tr w:rsidR="007E36D2" w14:paraId="200DF768" w14:textId="77777777" w:rsidTr="00B14D02">
        <w:trPr>
          <w:cantSplit/>
          <w:jc w:val="center"/>
        </w:trPr>
        <w:tc>
          <w:tcPr>
            <w:tcW w:w="3969" w:type="dxa"/>
            <w:vMerge/>
            <w:tcBorders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DCE8F2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72B6B117" w14:textId="51326756" w:rsidR="007E36D2" w:rsidRDefault="007E36D2">
            <w:pPr>
              <w:spacing w:after="30" w:line="247" w:lineRule="auto"/>
            </w:pPr>
          </w:p>
        </w:tc>
        <w:tc>
          <w:tcPr>
            <w:tcW w:w="6293" w:type="dxa"/>
            <w:tcBorders>
              <w:top w:val="single" w:sz="4" w:space="0" w:color="AFC2D2"/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F8FAFC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4BF213C2" w14:textId="39AFCDDF" w:rsidR="007E36D2" w:rsidRPr="007E36D2" w:rsidRDefault="007E36D2" w:rsidP="007E36D2">
            <w:pPr>
              <w:pStyle w:val="paragraph"/>
              <w:spacing w:before="0" w:beforeAutospacing="0" w:after="0" w:afterAutospacing="0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B00C17">
              <w:rPr>
                <w:rStyle w:val="normaltextrun"/>
                <w:rFonts w:ascii="Aptos" w:hAnsi="Aptos"/>
                <w:b/>
                <w:bCs/>
                <w:sz w:val="18"/>
                <w:szCs w:val="18"/>
              </w:rPr>
              <w:t>Fizyoterapi ve Rehabilitasyon Bölümü:</w:t>
            </w:r>
          </w:p>
          <w:p w14:paraId="65B4C061" w14:textId="5BCC6957" w:rsidR="007E36D2" w:rsidRDefault="007E36D2">
            <w:pPr>
              <w:spacing w:after="30" w:line="247" w:lineRule="auto"/>
            </w:pPr>
            <w:r>
              <w:rPr>
                <w:b/>
                <w:color w:val="1F2937"/>
              </w:rPr>
              <w:t>Başkan:</w:t>
            </w:r>
            <w:r>
              <w:rPr>
                <w:color w:val="1F2937"/>
              </w:rPr>
              <w:t xml:space="preserve"> Dr. Öğr. Üyesi Tubanur ASLAN ENGİN</w:t>
            </w:r>
          </w:p>
          <w:p w14:paraId="62454159" w14:textId="77777777" w:rsidR="007E36D2" w:rsidRDefault="007E36D2">
            <w:pPr>
              <w:spacing w:after="30" w:line="247" w:lineRule="auto"/>
            </w:pPr>
            <w:r>
              <w:rPr>
                <w:b/>
                <w:color w:val="1F2937"/>
              </w:rPr>
              <w:t>Üye:</w:t>
            </w:r>
            <w:r>
              <w:rPr>
                <w:color w:val="1F2937"/>
              </w:rPr>
              <w:t xml:space="preserve"> Öğr. Gör. Yüsranur ŞANLITÜRK</w:t>
            </w:r>
          </w:p>
          <w:p w14:paraId="15E8D3B1" w14:textId="77777777" w:rsidR="007E36D2" w:rsidRDefault="007E36D2">
            <w:pPr>
              <w:spacing w:after="30" w:line="247" w:lineRule="auto"/>
            </w:pPr>
            <w:r>
              <w:rPr>
                <w:b/>
                <w:color w:val="1F2937"/>
              </w:rPr>
              <w:t>Üye:</w:t>
            </w:r>
            <w:r>
              <w:rPr>
                <w:color w:val="1F2937"/>
              </w:rPr>
              <w:t xml:space="preserve"> Arş. Gör. Zeynep İclal SAĞ</w:t>
            </w:r>
          </w:p>
        </w:tc>
      </w:tr>
      <w:tr w:rsidR="007E36D2" w14:paraId="7231DEB8" w14:textId="77777777" w:rsidTr="009D299B">
        <w:trPr>
          <w:cantSplit/>
          <w:jc w:val="center"/>
        </w:trPr>
        <w:tc>
          <w:tcPr>
            <w:tcW w:w="3969" w:type="dxa"/>
            <w:vMerge w:val="restart"/>
            <w:tcBorders>
              <w:top w:val="single" w:sz="4" w:space="0" w:color="AFC2D2"/>
              <w:left w:val="single" w:sz="4" w:space="0" w:color="AFC2D2"/>
              <w:right w:val="single" w:sz="4" w:space="0" w:color="AFC2D2"/>
            </w:tcBorders>
            <w:shd w:val="clear" w:color="auto" w:fill="E8F0F6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3651CDEF" w14:textId="5A7B26C8" w:rsidR="007E36D2" w:rsidRDefault="007E36D2">
            <w:pPr>
              <w:spacing w:after="30" w:line="247" w:lineRule="auto"/>
            </w:pPr>
            <w:r>
              <w:rPr>
                <w:b/>
                <w:color w:val="1F2937"/>
                <w:sz w:val="19"/>
              </w:rPr>
              <w:t xml:space="preserve">Akademik </w:t>
            </w:r>
            <w:proofErr w:type="spellStart"/>
            <w:r>
              <w:rPr>
                <w:b/>
                <w:color w:val="1F2937"/>
                <w:sz w:val="19"/>
              </w:rPr>
              <w:t>Teşvik</w:t>
            </w:r>
            <w:proofErr w:type="spellEnd"/>
            <w:r>
              <w:rPr>
                <w:b/>
                <w:color w:val="1F2937"/>
                <w:sz w:val="19"/>
              </w:rPr>
              <w:t xml:space="preserve"> </w:t>
            </w:r>
            <w:proofErr w:type="spellStart"/>
            <w:r>
              <w:rPr>
                <w:b/>
                <w:color w:val="1F2937"/>
                <w:sz w:val="19"/>
              </w:rPr>
              <w:t>Başvuru</w:t>
            </w:r>
            <w:proofErr w:type="spellEnd"/>
            <w:r>
              <w:rPr>
                <w:b/>
                <w:color w:val="1F2937"/>
                <w:sz w:val="19"/>
              </w:rPr>
              <w:t xml:space="preserve"> </w:t>
            </w:r>
            <w:proofErr w:type="spellStart"/>
            <w:r>
              <w:rPr>
                <w:b/>
                <w:color w:val="1F2937"/>
                <w:sz w:val="19"/>
              </w:rPr>
              <w:t>ve</w:t>
            </w:r>
            <w:proofErr w:type="spellEnd"/>
            <w:r>
              <w:rPr>
                <w:b/>
                <w:color w:val="1F2937"/>
                <w:sz w:val="19"/>
              </w:rPr>
              <w:t xml:space="preserve"> İnceleme </w:t>
            </w:r>
            <w:proofErr w:type="spellStart"/>
            <w:r>
              <w:rPr>
                <w:b/>
                <w:color w:val="1F2937"/>
                <w:sz w:val="19"/>
              </w:rPr>
              <w:t>Komisyonu</w:t>
            </w:r>
            <w:proofErr w:type="spellEnd"/>
          </w:p>
          <w:p w14:paraId="52D91CE8" w14:textId="238AD2E6" w:rsidR="007E36D2" w:rsidRDefault="007E36D2" w:rsidP="009D299B">
            <w:pPr>
              <w:spacing w:after="30" w:line="247" w:lineRule="auto"/>
            </w:pPr>
          </w:p>
        </w:tc>
        <w:tc>
          <w:tcPr>
            <w:tcW w:w="6293" w:type="dxa"/>
            <w:tcBorders>
              <w:top w:val="single" w:sz="4" w:space="0" w:color="AFC2D2"/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FFFFFF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04CFCF98" w14:textId="77777777" w:rsidR="007E36D2" w:rsidRPr="00B00C17" w:rsidRDefault="007E36D2" w:rsidP="007E36D2">
            <w:pPr>
              <w:pStyle w:val="paragraph"/>
              <w:spacing w:before="0" w:beforeAutospacing="0" w:after="0" w:afterAutospacing="0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B00C17">
              <w:rPr>
                <w:rStyle w:val="normaltextrun"/>
                <w:rFonts w:ascii="Aptos" w:hAnsi="Aptos"/>
                <w:b/>
                <w:bCs/>
                <w:sz w:val="18"/>
                <w:szCs w:val="18"/>
              </w:rPr>
              <w:t>Hemşirelik Bölümü:</w:t>
            </w:r>
          </w:p>
          <w:p w14:paraId="6E36DF19" w14:textId="77777777" w:rsidR="007E36D2" w:rsidRDefault="007E36D2">
            <w:pPr>
              <w:spacing w:after="30" w:line="247" w:lineRule="auto"/>
            </w:pPr>
            <w:r>
              <w:rPr>
                <w:b/>
                <w:color w:val="1F2937"/>
              </w:rPr>
              <w:t>Başkan:</w:t>
            </w:r>
            <w:r>
              <w:rPr>
                <w:color w:val="1F2937"/>
              </w:rPr>
              <w:t xml:space="preserve"> </w:t>
            </w:r>
            <w:proofErr w:type="spellStart"/>
            <w:r>
              <w:rPr>
                <w:color w:val="1F2937"/>
              </w:rPr>
              <w:t>Bölüm</w:t>
            </w:r>
            <w:proofErr w:type="spellEnd"/>
            <w:r>
              <w:rPr>
                <w:color w:val="1F2937"/>
              </w:rPr>
              <w:t xml:space="preserve"> </w:t>
            </w:r>
            <w:proofErr w:type="spellStart"/>
            <w:r>
              <w:rPr>
                <w:color w:val="1F2937"/>
              </w:rPr>
              <w:t>Başkanı</w:t>
            </w:r>
            <w:proofErr w:type="spellEnd"/>
          </w:p>
          <w:p w14:paraId="4A19B4B9" w14:textId="77777777" w:rsidR="007E36D2" w:rsidRDefault="007E36D2">
            <w:pPr>
              <w:spacing w:after="30" w:line="247" w:lineRule="auto"/>
            </w:pPr>
            <w:r>
              <w:rPr>
                <w:b/>
                <w:color w:val="1F2937"/>
              </w:rPr>
              <w:t>Üye:</w:t>
            </w:r>
            <w:r>
              <w:rPr>
                <w:color w:val="1F2937"/>
              </w:rPr>
              <w:t xml:space="preserve"> Doç. Dr. Handan EREN</w:t>
            </w:r>
          </w:p>
          <w:p w14:paraId="5736F3C0" w14:textId="77777777" w:rsidR="007E36D2" w:rsidRDefault="007E36D2">
            <w:pPr>
              <w:spacing w:after="30" w:line="247" w:lineRule="auto"/>
            </w:pPr>
            <w:r>
              <w:rPr>
                <w:b/>
                <w:color w:val="1F2937"/>
              </w:rPr>
              <w:t>Üye:</w:t>
            </w:r>
            <w:r>
              <w:rPr>
                <w:color w:val="1F2937"/>
              </w:rPr>
              <w:t xml:space="preserve"> Dr. Öğr. Üyesi Esra USTA</w:t>
            </w:r>
          </w:p>
        </w:tc>
      </w:tr>
      <w:tr w:rsidR="007E36D2" w14:paraId="0C289BB8" w14:textId="77777777" w:rsidTr="009D299B">
        <w:trPr>
          <w:cantSplit/>
          <w:jc w:val="center"/>
        </w:trPr>
        <w:tc>
          <w:tcPr>
            <w:tcW w:w="3969" w:type="dxa"/>
            <w:vMerge/>
            <w:tcBorders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DCE8F2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7E3A2E1A" w14:textId="170BAF53" w:rsidR="007E36D2" w:rsidRDefault="007E36D2">
            <w:pPr>
              <w:spacing w:after="30" w:line="247" w:lineRule="auto"/>
            </w:pPr>
          </w:p>
        </w:tc>
        <w:tc>
          <w:tcPr>
            <w:tcW w:w="6293" w:type="dxa"/>
            <w:tcBorders>
              <w:top w:val="single" w:sz="4" w:space="0" w:color="AFC2D2"/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F8FAFC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62721A7C" w14:textId="11C9D2B4" w:rsidR="007E36D2" w:rsidRPr="007E36D2" w:rsidRDefault="007E36D2" w:rsidP="007E36D2">
            <w:pPr>
              <w:pStyle w:val="paragraph"/>
              <w:spacing w:before="0" w:beforeAutospacing="0" w:after="0" w:afterAutospacing="0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B00C17">
              <w:rPr>
                <w:rStyle w:val="normaltextrun"/>
                <w:rFonts w:ascii="Aptos" w:hAnsi="Aptos"/>
                <w:b/>
                <w:bCs/>
                <w:sz w:val="18"/>
                <w:szCs w:val="18"/>
              </w:rPr>
              <w:t>Fizyoterapi ve Rehabilitasyon Bölümü:</w:t>
            </w:r>
          </w:p>
          <w:p w14:paraId="1907A5FE" w14:textId="2879C472" w:rsidR="007E36D2" w:rsidRDefault="007E36D2">
            <w:pPr>
              <w:spacing w:after="30" w:line="247" w:lineRule="auto"/>
            </w:pPr>
            <w:r>
              <w:rPr>
                <w:b/>
                <w:color w:val="1F2937"/>
              </w:rPr>
              <w:t>Başkan:</w:t>
            </w:r>
            <w:r>
              <w:rPr>
                <w:color w:val="1F2937"/>
              </w:rPr>
              <w:t xml:space="preserve"> </w:t>
            </w:r>
            <w:proofErr w:type="spellStart"/>
            <w:r>
              <w:rPr>
                <w:color w:val="1F2937"/>
              </w:rPr>
              <w:t>Bölüm</w:t>
            </w:r>
            <w:proofErr w:type="spellEnd"/>
            <w:r>
              <w:rPr>
                <w:color w:val="1F2937"/>
              </w:rPr>
              <w:t xml:space="preserve"> </w:t>
            </w:r>
            <w:proofErr w:type="spellStart"/>
            <w:r>
              <w:rPr>
                <w:color w:val="1F2937"/>
              </w:rPr>
              <w:t>Başkanı</w:t>
            </w:r>
            <w:proofErr w:type="spellEnd"/>
          </w:p>
          <w:p w14:paraId="5577AF34" w14:textId="77777777" w:rsidR="007E36D2" w:rsidRDefault="007E36D2">
            <w:pPr>
              <w:spacing w:after="30" w:line="247" w:lineRule="auto"/>
            </w:pPr>
            <w:r>
              <w:rPr>
                <w:b/>
                <w:color w:val="1F2937"/>
              </w:rPr>
              <w:t>Üye:</w:t>
            </w:r>
            <w:r>
              <w:rPr>
                <w:color w:val="1F2937"/>
              </w:rPr>
              <w:t xml:space="preserve"> Doç. Dr. Asuman SALTAN</w:t>
            </w:r>
          </w:p>
          <w:p w14:paraId="6B8944FD" w14:textId="77777777" w:rsidR="007E36D2" w:rsidRDefault="007E36D2">
            <w:pPr>
              <w:spacing w:after="30" w:line="247" w:lineRule="auto"/>
            </w:pPr>
            <w:r>
              <w:rPr>
                <w:b/>
                <w:color w:val="1F2937"/>
              </w:rPr>
              <w:t>Üye:</w:t>
            </w:r>
            <w:r>
              <w:rPr>
                <w:color w:val="1F2937"/>
              </w:rPr>
              <w:t xml:space="preserve"> Dr. Öğr. Üyesi Büşra KAYABINAR</w:t>
            </w:r>
          </w:p>
        </w:tc>
      </w:tr>
      <w:tr w:rsidR="008A238F" w14:paraId="0321528C" w14:textId="77777777">
        <w:trPr>
          <w:cantSplit/>
          <w:jc w:val="center"/>
        </w:trPr>
        <w:tc>
          <w:tcPr>
            <w:tcW w:w="3969" w:type="dxa"/>
            <w:tcBorders>
              <w:top w:val="single" w:sz="4" w:space="0" w:color="AFC2D2"/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E8F0F6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0CEA946C" w14:textId="77777777" w:rsidR="008A238F" w:rsidRDefault="00000000">
            <w:pPr>
              <w:spacing w:after="30" w:line="247" w:lineRule="auto"/>
            </w:pPr>
            <w:proofErr w:type="spellStart"/>
            <w:r>
              <w:rPr>
                <w:b/>
                <w:color w:val="1F2937"/>
                <w:sz w:val="19"/>
              </w:rPr>
              <w:t>Fizyoterapi</w:t>
            </w:r>
            <w:proofErr w:type="spellEnd"/>
            <w:r>
              <w:rPr>
                <w:b/>
                <w:color w:val="1F2937"/>
                <w:sz w:val="19"/>
              </w:rPr>
              <w:t xml:space="preserve"> </w:t>
            </w:r>
            <w:proofErr w:type="spellStart"/>
            <w:r>
              <w:rPr>
                <w:b/>
                <w:color w:val="1F2937"/>
                <w:sz w:val="19"/>
              </w:rPr>
              <w:t>ve</w:t>
            </w:r>
            <w:proofErr w:type="spellEnd"/>
            <w:r>
              <w:rPr>
                <w:b/>
                <w:color w:val="1F2937"/>
                <w:sz w:val="19"/>
              </w:rPr>
              <w:t xml:space="preserve"> </w:t>
            </w:r>
            <w:proofErr w:type="spellStart"/>
            <w:r>
              <w:rPr>
                <w:b/>
                <w:color w:val="1F2937"/>
                <w:sz w:val="19"/>
              </w:rPr>
              <w:t>Rehabilitasyon</w:t>
            </w:r>
            <w:proofErr w:type="spellEnd"/>
            <w:r>
              <w:rPr>
                <w:b/>
                <w:color w:val="1F2937"/>
                <w:sz w:val="19"/>
              </w:rPr>
              <w:t xml:space="preserve"> </w:t>
            </w:r>
            <w:proofErr w:type="spellStart"/>
            <w:r>
              <w:rPr>
                <w:b/>
                <w:color w:val="1F2937"/>
                <w:sz w:val="19"/>
              </w:rPr>
              <w:t>Bölümü</w:t>
            </w:r>
            <w:proofErr w:type="spellEnd"/>
            <w:r>
              <w:rPr>
                <w:b/>
                <w:color w:val="1F2937"/>
                <w:sz w:val="19"/>
              </w:rPr>
              <w:t xml:space="preserve"> </w:t>
            </w:r>
            <w:proofErr w:type="spellStart"/>
            <w:r>
              <w:rPr>
                <w:b/>
                <w:color w:val="1F2937"/>
                <w:sz w:val="19"/>
              </w:rPr>
              <w:t>Uygulamalı</w:t>
            </w:r>
            <w:proofErr w:type="spellEnd"/>
            <w:r>
              <w:rPr>
                <w:b/>
                <w:color w:val="1F2937"/>
                <w:sz w:val="19"/>
              </w:rPr>
              <w:t xml:space="preserve"> Eğitimler Komisyonu</w:t>
            </w:r>
          </w:p>
        </w:tc>
        <w:tc>
          <w:tcPr>
            <w:tcW w:w="6293" w:type="dxa"/>
            <w:tcBorders>
              <w:top w:val="single" w:sz="4" w:space="0" w:color="AFC2D2"/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FFFFFF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1E4CBE04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</w:rPr>
              <w:t>Başkan:</w:t>
            </w:r>
            <w:r>
              <w:rPr>
                <w:color w:val="1F2937"/>
              </w:rPr>
              <w:t xml:space="preserve"> Dr. Öğr. Üyesi Erdi KAYABINAR</w:t>
            </w:r>
          </w:p>
          <w:p w14:paraId="01225D93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</w:rPr>
              <w:t>Üye:</w:t>
            </w:r>
            <w:r>
              <w:rPr>
                <w:color w:val="1F2937"/>
              </w:rPr>
              <w:t xml:space="preserve"> Dr. Öğr. Üyesi Büşra KAYABINAR</w:t>
            </w:r>
          </w:p>
          <w:p w14:paraId="1E6C73C5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</w:rPr>
              <w:t>Üye:</w:t>
            </w:r>
            <w:r>
              <w:rPr>
                <w:color w:val="1F2937"/>
              </w:rPr>
              <w:t xml:space="preserve"> Dr. Öğr. Üyesi Ebrar ATAK</w:t>
            </w:r>
          </w:p>
          <w:p w14:paraId="41A21C37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</w:rPr>
              <w:t>Üye:</w:t>
            </w:r>
            <w:r>
              <w:rPr>
                <w:color w:val="1F2937"/>
              </w:rPr>
              <w:t xml:space="preserve"> Öğr. Gör. Yüsra Nur ŞANLITÜRK</w:t>
            </w:r>
          </w:p>
        </w:tc>
      </w:tr>
      <w:tr w:rsidR="008A238F" w14:paraId="5F05D2F9" w14:textId="77777777">
        <w:trPr>
          <w:cantSplit/>
          <w:jc w:val="center"/>
        </w:trPr>
        <w:tc>
          <w:tcPr>
            <w:tcW w:w="3969" w:type="dxa"/>
            <w:tcBorders>
              <w:top w:val="single" w:sz="4" w:space="0" w:color="AFC2D2"/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DCE8F2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30687783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  <w:sz w:val="19"/>
              </w:rPr>
              <w:t>Fizyoterapi ve Rehabilitasyon Bölümü Staj Komisyonu</w:t>
            </w:r>
          </w:p>
        </w:tc>
        <w:tc>
          <w:tcPr>
            <w:tcW w:w="6293" w:type="dxa"/>
            <w:tcBorders>
              <w:top w:val="single" w:sz="4" w:space="0" w:color="AFC2D2"/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F8FAFC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32BDAE57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</w:rPr>
              <w:t>Başkan:</w:t>
            </w:r>
            <w:r>
              <w:rPr>
                <w:color w:val="1F2937"/>
              </w:rPr>
              <w:t xml:space="preserve"> Dr. Öğr. Üyesi Ebrar ATAK</w:t>
            </w:r>
          </w:p>
          <w:p w14:paraId="31D6109B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</w:rPr>
              <w:t>Üye:</w:t>
            </w:r>
            <w:r>
              <w:rPr>
                <w:color w:val="1F2937"/>
              </w:rPr>
              <w:t xml:space="preserve"> Öğr. Gör. Yüsra Nur ŞANLITÜRK</w:t>
            </w:r>
          </w:p>
          <w:p w14:paraId="7C47CB58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</w:rPr>
              <w:t>Üye:</w:t>
            </w:r>
            <w:r>
              <w:rPr>
                <w:color w:val="1F2937"/>
              </w:rPr>
              <w:t xml:space="preserve"> Arş. Gör. Gözde ARICA</w:t>
            </w:r>
          </w:p>
          <w:p w14:paraId="6950E248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</w:rPr>
              <w:t>Üye:</w:t>
            </w:r>
            <w:r>
              <w:rPr>
                <w:color w:val="1F2937"/>
              </w:rPr>
              <w:t xml:space="preserve"> Arş. Gör. Zeynep İclal SAĞ</w:t>
            </w:r>
          </w:p>
        </w:tc>
      </w:tr>
      <w:tr w:rsidR="008A238F" w14:paraId="61534E08" w14:textId="77777777">
        <w:trPr>
          <w:cantSplit/>
          <w:jc w:val="center"/>
        </w:trPr>
        <w:tc>
          <w:tcPr>
            <w:tcW w:w="3969" w:type="dxa"/>
            <w:tcBorders>
              <w:top w:val="single" w:sz="4" w:space="0" w:color="AFC2D2"/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E8F0F6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7D7B8D18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  <w:sz w:val="19"/>
              </w:rPr>
              <w:lastRenderedPageBreak/>
              <w:t>Bilimsel ve Sosyal Faaliyetler Komisyonu</w:t>
            </w:r>
          </w:p>
        </w:tc>
        <w:tc>
          <w:tcPr>
            <w:tcW w:w="6293" w:type="dxa"/>
            <w:tcBorders>
              <w:top w:val="single" w:sz="4" w:space="0" w:color="AFC2D2"/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FFFFFF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07E0CE7A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</w:rPr>
              <w:t>Başkan:</w:t>
            </w:r>
            <w:r>
              <w:rPr>
                <w:color w:val="1F2937"/>
              </w:rPr>
              <w:t xml:space="preserve"> Dr. Öğr. Üyesi Tubanur ASLAN ENGİN</w:t>
            </w:r>
          </w:p>
          <w:p w14:paraId="565DE26E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</w:rPr>
              <w:t>Üye:</w:t>
            </w:r>
            <w:r>
              <w:rPr>
                <w:color w:val="1F2937"/>
              </w:rPr>
              <w:t xml:space="preserve"> Doç. Dr. Şeyda CAN</w:t>
            </w:r>
          </w:p>
          <w:p w14:paraId="6AC47412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</w:rPr>
              <w:t>Üye:</w:t>
            </w:r>
            <w:r>
              <w:rPr>
                <w:color w:val="1F2937"/>
              </w:rPr>
              <w:t xml:space="preserve"> Dr. Öğr. Üyesi Esra USTA</w:t>
            </w:r>
          </w:p>
          <w:p w14:paraId="0DA5B5C7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</w:rPr>
              <w:t>Üye:</w:t>
            </w:r>
            <w:r>
              <w:rPr>
                <w:color w:val="1F2937"/>
              </w:rPr>
              <w:t xml:space="preserve"> Öğr. Gör. Dr. Şaban ERDOĞAN</w:t>
            </w:r>
          </w:p>
          <w:p w14:paraId="293B41AD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</w:rPr>
              <w:t>Üye:</w:t>
            </w:r>
            <w:r>
              <w:rPr>
                <w:color w:val="1F2937"/>
              </w:rPr>
              <w:t xml:space="preserve"> Öğr. Gör. Yüsra Nur ŞANLITÜRK</w:t>
            </w:r>
          </w:p>
        </w:tc>
      </w:tr>
      <w:tr w:rsidR="008A238F" w14:paraId="6AF2F6FA" w14:textId="77777777">
        <w:trPr>
          <w:cantSplit/>
          <w:jc w:val="center"/>
        </w:trPr>
        <w:tc>
          <w:tcPr>
            <w:tcW w:w="3969" w:type="dxa"/>
            <w:tcBorders>
              <w:top w:val="single" w:sz="4" w:space="0" w:color="AFC2D2"/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DCE8F2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53E56DFC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  <w:sz w:val="19"/>
              </w:rPr>
              <w:t>Kısmi Zamanlı Çalıştırılacak Öğrenci Seçme Komisyonu</w:t>
            </w:r>
          </w:p>
        </w:tc>
        <w:tc>
          <w:tcPr>
            <w:tcW w:w="6293" w:type="dxa"/>
            <w:tcBorders>
              <w:top w:val="single" w:sz="4" w:space="0" w:color="AFC2D2"/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F8FAFC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23B937A9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</w:rPr>
              <w:t>Başkan:</w:t>
            </w:r>
            <w:r>
              <w:rPr>
                <w:color w:val="1F2937"/>
              </w:rPr>
              <w:t xml:space="preserve"> Fakülte Sekreter V. Enes ŞAHİN</w:t>
            </w:r>
          </w:p>
          <w:p w14:paraId="13992371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</w:rPr>
              <w:t>Üye:</w:t>
            </w:r>
            <w:r>
              <w:rPr>
                <w:color w:val="1F2937"/>
              </w:rPr>
              <w:t xml:space="preserve"> Şef Özgür DÖNER</w:t>
            </w:r>
          </w:p>
          <w:p w14:paraId="74F15FBE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</w:rPr>
              <w:t>Üye:</w:t>
            </w:r>
            <w:r>
              <w:rPr>
                <w:color w:val="1F2937"/>
              </w:rPr>
              <w:t xml:space="preserve"> Bilgisayar İşletmeni Figen BAYKAN</w:t>
            </w:r>
          </w:p>
        </w:tc>
      </w:tr>
      <w:tr w:rsidR="008A238F" w14:paraId="38ECEAD2" w14:textId="77777777">
        <w:trPr>
          <w:cantSplit/>
          <w:jc w:val="center"/>
        </w:trPr>
        <w:tc>
          <w:tcPr>
            <w:tcW w:w="3969" w:type="dxa"/>
            <w:tcBorders>
              <w:top w:val="single" w:sz="4" w:space="0" w:color="AFC2D2"/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E8F0F6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05F9D7E0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  <w:sz w:val="19"/>
              </w:rPr>
              <w:t>Değişim Programları (Erasmus, Farabi, Mevlâna) Koordinatörleri</w:t>
            </w:r>
          </w:p>
        </w:tc>
        <w:tc>
          <w:tcPr>
            <w:tcW w:w="6293" w:type="dxa"/>
            <w:tcBorders>
              <w:top w:val="single" w:sz="4" w:space="0" w:color="AFC2D2"/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FFFFFF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390F093C" w14:textId="10E20E7A" w:rsidR="00D87B09" w:rsidRDefault="00D87B09">
            <w:pPr>
              <w:spacing w:after="30" w:line="247" w:lineRule="auto"/>
              <w:rPr>
                <w:b/>
                <w:color w:val="1F2937"/>
              </w:rPr>
            </w:pPr>
            <w:proofErr w:type="spellStart"/>
            <w:r>
              <w:rPr>
                <w:b/>
                <w:color w:val="1F2937"/>
              </w:rPr>
              <w:t>Beslenme</w:t>
            </w:r>
            <w:proofErr w:type="spellEnd"/>
            <w:r>
              <w:rPr>
                <w:b/>
                <w:color w:val="1F2937"/>
              </w:rPr>
              <w:t xml:space="preserve"> </w:t>
            </w:r>
            <w:proofErr w:type="spellStart"/>
            <w:r>
              <w:rPr>
                <w:b/>
                <w:color w:val="1F2937"/>
              </w:rPr>
              <w:t>ve</w:t>
            </w:r>
            <w:proofErr w:type="spellEnd"/>
            <w:r>
              <w:rPr>
                <w:b/>
                <w:color w:val="1F2937"/>
              </w:rPr>
              <w:t xml:space="preserve"> </w:t>
            </w:r>
            <w:proofErr w:type="spellStart"/>
            <w:r>
              <w:rPr>
                <w:b/>
                <w:color w:val="1F2937"/>
              </w:rPr>
              <w:t>Diyetetik</w:t>
            </w:r>
            <w:proofErr w:type="spellEnd"/>
            <w:r>
              <w:rPr>
                <w:b/>
                <w:color w:val="1F2937"/>
              </w:rPr>
              <w:t>:</w:t>
            </w:r>
            <w:r>
              <w:rPr>
                <w:color w:val="1F2937"/>
              </w:rPr>
              <w:t xml:space="preserve"> </w:t>
            </w:r>
            <w:proofErr w:type="spellStart"/>
            <w:r>
              <w:rPr>
                <w:color w:val="1F2937"/>
              </w:rPr>
              <w:t>Öğr</w:t>
            </w:r>
            <w:proofErr w:type="spellEnd"/>
            <w:r>
              <w:rPr>
                <w:color w:val="1F2937"/>
              </w:rPr>
              <w:t xml:space="preserve">. </w:t>
            </w:r>
            <w:proofErr w:type="spellStart"/>
            <w:r>
              <w:rPr>
                <w:color w:val="1F2937"/>
              </w:rPr>
              <w:t>Gör</w:t>
            </w:r>
            <w:proofErr w:type="spellEnd"/>
            <w:r>
              <w:rPr>
                <w:color w:val="1F2937"/>
              </w:rPr>
              <w:t>. Dr. Şaban ERDOĞAN</w:t>
            </w:r>
          </w:p>
          <w:p w14:paraId="6532D44C" w14:textId="04AB41FC" w:rsidR="008A238F" w:rsidRDefault="00000000">
            <w:pPr>
              <w:spacing w:after="30" w:line="247" w:lineRule="auto"/>
              <w:rPr>
                <w:color w:val="1F2937"/>
              </w:rPr>
            </w:pPr>
            <w:proofErr w:type="spellStart"/>
            <w:r>
              <w:rPr>
                <w:b/>
                <w:color w:val="1F2937"/>
              </w:rPr>
              <w:t>Fizyoterapi</w:t>
            </w:r>
            <w:proofErr w:type="spellEnd"/>
            <w:r>
              <w:rPr>
                <w:b/>
                <w:color w:val="1F2937"/>
              </w:rPr>
              <w:t xml:space="preserve"> </w:t>
            </w:r>
            <w:proofErr w:type="spellStart"/>
            <w:r>
              <w:rPr>
                <w:b/>
                <w:color w:val="1F2937"/>
              </w:rPr>
              <w:t>ve</w:t>
            </w:r>
            <w:proofErr w:type="spellEnd"/>
            <w:r>
              <w:rPr>
                <w:b/>
                <w:color w:val="1F2937"/>
              </w:rPr>
              <w:t xml:space="preserve"> </w:t>
            </w:r>
            <w:proofErr w:type="spellStart"/>
            <w:r>
              <w:rPr>
                <w:b/>
                <w:color w:val="1F2937"/>
              </w:rPr>
              <w:t>Rehabilitasyon</w:t>
            </w:r>
            <w:proofErr w:type="spellEnd"/>
            <w:r>
              <w:rPr>
                <w:b/>
                <w:color w:val="1F2937"/>
              </w:rPr>
              <w:t>:</w:t>
            </w:r>
            <w:r>
              <w:rPr>
                <w:color w:val="1F2937"/>
              </w:rPr>
              <w:t xml:space="preserve"> </w:t>
            </w:r>
            <w:proofErr w:type="spellStart"/>
            <w:r>
              <w:rPr>
                <w:color w:val="1F2937"/>
              </w:rPr>
              <w:t>Arş</w:t>
            </w:r>
            <w:proofErr w:type="spellEnd"/>
            <w:r>
              <w:rPr>
                <w:color w:val="1F2937"/>
              </w:rPr>
              <w:t xml:space="preserve">. Gör. Zeynep </w:t>
            </w:r>
            <w:proofErr w:type="spellStart"/>
            <w:r>
              <w:rPr>
                <w:color w:val="1F2937"/>
              </w:rPr>
              <w:t>İclal</w:t>
            </w:r>
            <w:proofErr w:type="spellEnd"/>
            <w:r>
              <w:rPr>
                <w:color w:val="1F2937"/>
              </w:rPr>
              <w:t xml:space="preserve"> SAĞ</w:t>
            </w:r>
          </w:p>
          <w:p w14:paraId="6A076650" w14:textId="7314EBE9" w:rsidR="008A238F" w:rsidRDefault="00D87B09">
            <w:pPr>
              <w:spacing w:after="30" w:line="247" w:lineRule="auto"/>
            </w:pPr>
            <w:proofErr w:type="spellStart"/>
            <w:r>
              <w:rPr>
                <w:b/>
                <w:color w:val="1F2937"/>
              </w:rPr>
              <w:t>Hemşirelik</w:t>
            </w:r>
            <w:proofErr w:type="spellEnd"/>
            <w:r>
              <w:rPr>
                <w:b/>
                <w:color w:val="1F2937"/>
              </w:rPr>
              <w:t>:</w:t>
            </w:r>
            <w:r>
              <w:rPr>
                <w:color w:val="1F2937"/>
              </w:rPr>
              <w:t xml:space="preserve"> </w:t>
            </w:r>
            <w:proofErr w:type="spellStart"/>
            <w:r>
              <w:rPr>
                <w:color w:val="1F2937"/>
              </w:rPr>
              <w:t>Doç</w:t>
            </w:r>
            <w:proofErr w:type="spellEnd"/>
            <w:r>
              <w:rPr>
                <w:color w:val="1F2937"/>
              </w:rPr>
              <w:t>. Dr. Handan EREN</w:t>
            </w:r>
          </w:p>
        </w:tc>
      </w:tr>
      <w:tr w:rsidR="008A238F" w14:paraId="0893EC22" w14:textId="77777777">
        <w:trPr>
          <w:cantSplit/>
          <w:jc w:val="center"/>
        </w:trPr>
        <w:tc>
          <w:tcPr>
            <w:tcW w:w="3969" w:type="dxa"/>
            <w:tcBorders>
              <w:top w:val="single" w:sz="4" w:space="0" w:color="AFC2D2"/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DCE8F2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73F9595F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  <w:sz w:val="19"/>
              </w:rPr>
              <w:t>Fakülte Engelli Öğrenci Temsilcisi</w:t>
            </w:r>
          </w:p>
        </w:tc>
        <w:tc>
          <w:tcPr>
            <w:tcW w:w="6293" w:type="dxa"/>
            <w:tcBorders>
              <w:top w:val="single" w:sz="4" w:space="0" w:color="AFC2D2"/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F8FAFC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3FE67E9C" w14:textId="77777777" w:rsidR="008A238F" w:rsidRDefault="00000000">
            <w:pPr>
              <w:spacing w:after="30" w:line="247" w:lineRule="auto"/>
            </w:pPr>
            <w:r>
              <w:rPr>
                <w:color w:val="1F2937"/>
              </w:rPr>
              <w:t>Arş. Gör. Gözde ARICA</w:t>
            </w:r>
          </w:p>
        </w:tc>
      </w:tr>
      <w:tr w:rsidR="008A238F" w14:paraId="305B5F02" w14:textId="77777777">
        <w:trPr>
          <w:cantSplit/>
          <w:jc w:val="center"/>
        </w:trPr>
        <w:tc>
          <w:tcPr>
            <w:tcW w:w="3969" w:type="dxa"/>
            <w:tcBorders>
              <w:top w:val="single" w:sz="4" w:space="0" w:color="AFC2D2"/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E8F0F6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2DD69671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  <w:sz w:val="19"/>
              </w:rPr>
              <w:t>Fakülte Basın Temsilcisi</w:t>
            </w:r>
          </w:p>
        </w:tc>
        <w:tc>
          <w:tcPr>
            <w:tcW w:w="6293" w:type="dxa"/>
            <w:tcBorders>
              <w:top w:val="single" w:sz="4" w:space="0" w:color="AFC2D2"/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FFFFFF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1C562879" w14:textId="77777777" w:rsidR="008A238F" w:rsidRDefault="00000000">
            <w:pPr>
              <w:spacing w:after="30" w:line="247" w:lineRule="auto"/>
            </w:pPr>
            <w:r>
              <w:rPr>
                <w:color w:val="1F2937"/>
              </w:rPr>
              <w:t>Öğr. Gör. Dr. Şaban ERDOĞAN</w:t>
            </w:r>
          </w:p>
        </w:tc>
      </w:tr>
      <w:tr w:rsidR="008A238F" w14:paraId="38081B54" w14:textId="77777777">
        <w:trPr>
          <w:cantSplit/>
          <w:jc w:val="center"/>
        </w:trPr>
        <w:tc>
          <w:tcPr>
            <w:tcW w:w="3969" w:type="dxa"/>
            <w:tcBorders>
              <w:top w:val="single" w:sz="4" w:space="0" w:color="AFC2D2"/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DCE8F2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3C589A48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  <w:sz w:val="19"/>
              </w:rPr>
              <w:t>Web Sayfası Sorumluları</w:t>
            </w:r>
          </w:p>
        </w:tc>
        <w:tc>
          <w:tcPr>
            <w:tcW w:w="6293" w:type="dxa"/>
            <w:tcBorders>
              <w:top w:val="single" w:sz="4" w:space="0" w:color="AFC2D2"/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F8FAFC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2E238BBB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</w:rPr>
              <w:t>Fakülte:</w:t>
            </w:r>
            <w:r>
              <w:rPr>
                <w:color w:val="1F2937"/>
              </w:rPr>
              <w:t xml:space="preserve"> Öğr. Gör. Dr. Şaban ERDOĞAN</w:t>
            </w:r>
          </w:p>
          <w:p w14:paraId="24B45B07" w14:textId="77777777" w:rsidR="008A238F" w:rsidRDefault="00000000">
            <w:pPr>
              <w:spacing w:after="30" w:line="247" w:lineRule="auto"/>
              <w:rPr>
                <w:color w:val="1F2937"/>
              </w:rPr>
            </w:pPr>
            <w:r>
              <w:rPr>
                <w:b/>
                <w:color w:val="1F2937"/>
              </w:rPr>
              <w:t>Fakülte:</w:t>
            </w:r>
            <w:r>
              <w:rPr>
                <w:color w:val="1F2937"/>
              </w:rPr>
              <w:t xml:space="preserve"> Bilgisayar </w:t>
            </w:r>
            <w:proofErr w:type="spellStart"/>
            <w:r>
              <w:rPr>
                <w:color w:val="1F2937"/>
              </w:rPr>
              <w:t>İşletmeni</w:t>
            </w:r>
            <w:proofErr w:type="spellEnd"/>
            <w:r>
              <w:rPr>
                <w:color w:val="1F2937"/>
              </w:rPr>
              <w:t xml:space="preserve"> Hüseyin Oğuz YAVUZ</w:t>
            </w:r>
          </w:p>
          <w:p w14:paraId="3CB51B12" w14:textId="0ADC67E5" w:rsidR="00D87B09" w:rsidRDefault="00D87B09">
            <w:pPr>
              <w:spacing w:after="30" w:line="247" w:lineRule="auto"/>
            </w:pPr>
            <w:proofErr w:type="spellStart"/>
            <w:r>
              <w:rPr>
                <w:b/>
                <w:color w:val="1F2937"/>
              </w:rPr>
              <w:t>Fizyoterapi</w:t>
            </w:r>
            <w:proofErr w:type="spellEnd"/>
            <w:r>
              <w:rPr>
                <w:b/>
                <w:color w:val="1F2937"/>
              </w:rPr>
              <w:t xml:space="preserve"> </w:t>
            </w:r>
            <w:proofErr w:type="spellStart"/>
            <w:r>
              <w:rPr>
                <w:b/>
                <w:color w:val="1F2937"/>
              </w:rPr>
              <w:t>ve</w:t>
            </w:r>
            <w:proofErr w:type="spellEnd"/>
            <w:r>
              <w:rPr>
                <w:b/>
                <w:color w:val="1F2937"/>
              </w:rPr>
              <w:t xml:space="preserve"> </w:t>
            </w:r>
            <w:proofErr w:type="spellStart"/>
            <w:r>
              <w:rPr>
                <w:b/>
                <w:color w:val="1F2937"/>
              </w:rPr>
              <w:t>Rehabilitasyon</w:t>
            </w:r>
            <w:proofErr w:type="spellEnd"/>
            <w:r>
              <w:rPr>
                <w:b/>
                <w:color w:val="1F2937"/>
              </w:rPr>
              <w:t>:</w:t>
            </w:r>
            <w:r>
              <w:rPr>
                <w:color w:val="1F2937"/>
              </w:rPr>
              <w:t xml:space="preserve"> </w:t>
            </w:r>
            <w:proofErr w:type="spellStart"/>
            <w:r>
              <w:rPr>
                <w:color w:val="1F2937"/>
              </w:rPr>
              <w:t>Arş</w:t>
            </w:r>
            <w:proofErr w:type="spellEnd"/>
            <w:r>
              <w:rPr>
                <w:color w:val="1F2937"/>
              </w:rPr>
              <w:t xml:space="preserve">. </w:t>
            </w:r>
            <w:proofErr w:type="spellStart"/>
            <w:r>
              <w:rPr>
                <w:color w:val="1F2937"/>
              </w:rPr>
              <w:t>Gör</w:t>
            </w:r>
            <w:proofErr w:type="spellEnd"/>
            <w:r>
              <w:rPr>
                <w:color w:val="1F2937"/>
              </w:rPr>
              <w:t>. Gözde ARICA</w:t>
            </w:r>
          </w:p>
          <w:p w14:paraId="5B6475CD" w14:textId="448A7450" w:rsidR="008A238F" w:rsidRDefault="00000000">
            <w:pPr>
              <w:spacing w:after="30" w:line="247" w:lineRule="auto"/>
            </w:pPr>
            <w:r>
              <w:rPr>
                <w:b/>
                <w:color w:val="1F2937"/>
              </w:rPr>
              <w:t>Hemşirelik:</w:t>
            </w:r>
            <w:r>
              <w:rPr>
                <w:color w:val="1F2937"/>
              </w:rPr>
              <w:t xml:space="preserve"> Arş. Gör. Ebru Naime ARIKAN</w:t>
            </w:r>
          </w:p>
        </w:tc>
      </w:tr>
      <w:tr w:rsidR="00D87B09" w14:paraId="64FFFF4F" w14:textId="77777777" w:rsidTr="00725195">
        <w:trPr>
          <w:cantSplit/>
          <w:jc w:val="center"/>
        </w:trPr>
        <w:tc>
          <w:tcPr>
            <w:tcW w:w="3969" w:type="dxa"/>
            <w:vMerge w:val="restart"/>
            <w:tcBorders>
              <w:top w:val="single" w:sz="4" w:space="0" w:color="AFC2D2"/>
              <w:left w:val="single" w:sz="4" w:space="0" w:color="AFC2D2"/>
              <w:right w:val="single" w:sz="4" w:space="0" w:color="AFC2D2"/>
            </w:tcBorders>
            <w:shd w:val="clear" w:color="auto" w:fill="E8F0F6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05057B67" w14:textId="2E7B4171" w:rsidR="00D87B09" w:rsidRDefault="00D87B09" w:rsidP="00725195">
            <w:pPr>
              <w:spacing w:after="30" w:line="247" w:lineRule="auto"/>
              <w:rPr>
                <w:b/>
                <w:color w:val="1F2937"/>
                <w:sz w:val="19"/>
              </w:rPr>
            </w:pPr>
            <w:proofErr w:type="spellStart"/>
            <w:r>
              <w:rPr>
                <w:b/>
                <w:color w:val="1F2937"/>
                <w:sz w:val="19"/>
              </w:rPr>
              <w:t>Mezuniyet</w:t>
            </w:r>
            <w:proofErr w:type="spellEnd"/>
            <w:r>
              <w:rPr>
                <w:b/>
                <w:color w:val="1F2937"/>
                <w:sz w:val="19"/>
              </w:rPr>
              <w:t xml:space="preserve"> </w:t>
            </w:r>
            <w:proofErr w:type="spellStart"/>
            <w:r>
              <w:rPr>
                <w:b/>
                <w:color w:val="1F2937"/>
                <w:sz w:val="19"/>
              </w:rPr>
              <w:t>Komisyonu</w:t>
            </w:r>
            <w:proofErr w:type="spellEnd"/>
          </w:p>
        </w:tc>
        <w:tc>
          <w:tcPr>
            <w:tcW w:w="6293" w:type="dxa"/>
            <w:tcBorders>
              <w:top w:val="single" w:sz="4" w:space="0" w:color="AFC2D2"/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FFFFFF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2ACEE027" w14:textId="2C4E8837" w:rsidR="007E36D2" w:rsidRPr="007E36D2" w:rsidRDefault="007E36D2" w:rsidP="007E36D2">
            <w:pPr>
              <w:pStyle w:val="paragraph"/>
              <w:spacing w:before="0" w:beforeAutospacing="0" w:after="0" w:afterAutospacing="0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B00C17">
              <w:rPr>
                <w:rStyle w:val="normaltextrun"/>
                <w:rFonts w:ascii="Aptos" w:hAnsi="Aptos"/>
                <w:b/>
                <w:bCs/>
                <w:sz w:val="18"/>
                <w:szCs w:val="18"/>
              </w:rPr>
              <w:t>Fizyoterapi ve Rehabilitasyon Bölümü:</w:t>
            </w:r>
          </w:p>
          <w:p w14:paraId="5B2F079F" w14:textId="3F012AAC" w:rsidR="00D87B09" w:rsidRDefault="00D87B09" w:rsidP="00D87B09">
            <w:pPr>
              <w:spacing w:after="30" w:line="247" w:lineRule="auto"/>
            </w:pPr>
            <w:r>
              <w:rPr>
                <w:b/>
                <w:color w:val="1F2937"/>
              </w:rPr>
              <w:t>Başkan:</w:t>
            </w:r>
            <w:r>
              <w:rPr>
                <w:color w:val="1F2937"/>
              </w:rPr>
              <w:t xml:space="preserve"> Dr. </w:t>
            </w:r>
            <w:proofErr w:type="spellStart"/>
            <w:r>
              <w:rPr>
                <w:color w:val="1F2937"/>
              </w:rPr>
              <w:t>Öğr</w:t>
            </w:r>
            <w:proofErr w:type="spellEnd"/>
            <w:r>
              <w:rPr>
                <w:color w:val="1F2937"/>
              </w:rPr>
              <w:t xml:space="preserve">. </w:t>
            </w:r>
            <w:proofErr w:type="spellStart"/>
            <w:r>
              <w:rPr>
                <w:color w:val="1F2937"/>
              </w:rPr>
              <w:t>Üyesi</w:t>
            </w:r>
            <w:proofErr w:type="spellEnd"/>
            <w:r>
              <w:rPr>
                <w:color w:val="1F2937"/>
              </w:rPr>
              <w:t xml:space="preserve"> Tubanur ASLAN ENGİN</w:t>
            </w:r>
          </w:p>
          <w:p w14:paraId="364452FA" w14:textId="7346459D" w:rsidR="00D87B09" w:rsidRDefault="00D87B09" w:rsidP="00D87B09">
            <w:pPr>
              <w:spacing w:after="30" w:line="247" w:lineRule="auto"/>
            </w:pPr>
            <w:proofErr w:type="spellStart"/>
            <w:r>
              <w:rPr>
                <w:b/>
                <w:color w:val="1F2937"/>
              </w:rPr>
              <w:t>Üye</w:t>
            </w:r>
            <w:proofErr w:type="spellEnd"/>
            <w:r>
              <w:rPr>
                <w:b/>
                <w:color w:val="1F2937"/>
              </w:rPr>
              <w:t>:</w:t>
            </w:r>
            <w:r>
              <w:rPr>
                <w:color w:val="1F2937"/>
              </w:rPr>
              <w:t xml:space="preserve"> Dr. </w:t>
            </w:r>
            <w:proofErr w:type="spellStart"/>
            <w:r>
              <w:rPr>
                <w:color w:val="1F2937"/>
              </w:rPr>
              <w:t>Öğr</w:t>
            </w:r>
            <w:proofErr w:type="spellEnd"/>
            <w:r>
              <w:rPr>
                <w:color w:val="1F2937"/>
              </w:rPr>
              <w:t xml:space="preserve">. </w:t>
            </w:r>
            <w:proofErr w:type="spellStart"/>
            <w:r>
              <w:rPr>
                <w:color w:val="1F2937"/>
              </w:rPr>
              <w:t>Üyesi</w:t>
            </w:r>
            <w:proofErr w:type="spellEnd"/>
            <w:r>
              <w:rPr>
                <w:color w:val="1F2937"/>
              </w:rPr>
              <w:t xml:space="preserve"> Ebrar ATAK</w:t>
            </w:r>
          </w:p>
          <w:p w14:paraId="3E5BDB7C" w14:textId="69E98787" w:rsidR="00D87B09" w:rsidRDefault="00D87B09" w:rsidP="00D87B09">
            <w:pPr>
              <w:spacing w:after="30" w:line="247" w:lineRule="auto"/>
              <w:rPr>
                <w:b/>
                <w:color w:val="1F2937"/>
              </w:rPr>
            </w:pPr>
            <w:proofErr w:type="spellStart"/>
            <w:r>
              <w:rPr>
                <w:b/>
                <w:color w:val="1F2937"/>
              </w:rPr>
              <w:t>Üye</w:t>
            </w:r>
            <w:proofErr w:type="spellEnd"/>
            <w:r>
              <w:rPr>
                <w:b/>
                <w:color w:val="1F2937"/>
              </w:rPr>
              <w:t>:</w:t>
            </w:r>
            <w:r>
              <w:rPr>
                <w:color w:val="1F2937"/>
              </w:rPr>
              <w:t xml:space="preserve"> </w:t>
            </w:r>
            <w:proofErr w:type="spellStart"/>
            <w:r>
              <w:rPr>
                <w:color w:val="1F2937"/>
              </w:rPr>
              <w:t>Öğr</w:t>
            </w:r>
            <w:proofErr w:type="spellEnd"/>
            <w:r>
              <w:rPr>
                <w:color w:val="1F2937"/>
              </w:rPr>
              <w:t xml:space="preserve">. </w:t>
            </w:r>
            <w:proofErr w:type="spellStart"/>
            <w:r>
              <w:rPr>
                <w:color w:val="1F2937"/>
              </w:rPr>
              <w:t>Gör</w:t>
            </w:r>
            <w:proofErr w:type="spellEnd"/>
            <w:r>
              <w:rPr>
                <w:color w:val="1F2937"/>
              </w:rPr>
              <w:t>. Yüsra Nur ŞANLITÜRK</w:t>
            </w:r>
          </w:p>
        </w:tc>
      </w:tr>
      <w:tr w:rsidR="00D87B09" w14:paraId="7F54DFFE" w14:textId="77777777" w:rsidTr="00725195">
        <w:trPr>
          <w:cantSplit/>
          <w:jc w:val="center"/>
        </w:trPr>
        <w:tc>
          <w:tcPr>
            <w:tcW w:w="3969" w:type="dxa"/>
            <w:vMerge/>
            <w:tcBorders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E8F0F6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2A0D47E6" w14:textId="7B0CA0A1" w:rsidR="00D87B09" w:rsidRDefault="00D87B09">
            <w:pPr>
              <w:spacing w:after="30" w:line="247" w:lineRule="auto"/>
            </w:pPr>
          </w:p>
        </w:tc>
        <w:tc>
          <w:tcPr>
            <w:tcW w:w="6293" w:type="dxa"/>
            <w:tcBorders>
              <w:top w:val="single" w:sz="4" w:space="0" w:color="AFC2D2"/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FFFFFF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5A8C08FC" w14:textId="77777777" w:rsidR="00D87B09" w:rsidRDefault="00D87B09">
            <w:pPr>
              <w:spacing w:after="30" w:line="247" w:lineRule="auto"/>
            </w:pPr>
            <w:r>
              <w:rPr>
                <w:b/>
                <w:color w:val="1F2937"/>
              </w:rPr>
              <w:t>Hemşirelik - Başkan:</w:t>
            </w:r>
            <w:r>
              <w:rPr>
                <w:color w:val="1F2937"/>
              </w:rPr>
              <w:t xml:space="preserve"> Prof. Dr. Nurcan UYSAL</w:t>
            </w:r>
          </w:p>
          <w:p w14:paraId="4941A1DC" w14:textId="77777777" w:rsidR="00D87B09" w:rsidRDefault="00D87B09">
            <w:pPr>
              <w:spacing w:after="30" w:line="247" w:lineRule="auto"/>
            </w:pPr>
            <w:r>
              <w:rPr>
                <w:b/>
                <w:color w:val="1F2937"/>
              </w:rPr>
              <w:t>Hemşirelik - Üye:</w:t>
            </w:r>
            <w:r>
              <w:rPr>
                <w:color w:val="1F2937"/>
              </w:rPr>
              <w:t xml:space="preserve"> Doç. Dr. Özlem KARATANA ÇALIŞ</w:t>
            </w:r>
          </w:p>
          <w:p w14:paraId="481F999C" w14:textId="08BFDDD3" w:rsidR="00D87B09" w:rsidRDefault="00D87B09">
            <w:pPr>
              <w:spacing w:after="30" w:line="247" w:lineRule="auto"/>
            </w:pPr>
            <w:r>
              <w:rPr>
                <w:b/>
                <w:color w:val="1F2937"/>
              </w:rPr>
              <w:t>Hemşirelik - Üye:</w:t>
            </w:r>
            <w:r>
              <w:rPr>
                <w:color w:val="1F2937"/>
              </w:rPr>
              <w:t xml:space="preserve"> Dr. Öğr. </w:t>
            </w:r>
            <w:proofErr w:type="spellStart"/>
            <w:r>
              <w:rPr>
                <w:color w:val="1F2937"/>
              </w:rPr>
              <w:t>Üyesi</w:t>
            </w:r>
            <w:proofErr w:type="spellEnd"/>
            <w:r>
              <w:rPr>
                <w:color w:val="1F2937"/>
              </w:rPr>
              <w:t xml:space="preserve"> Niran ÇOBAN</w:t>
            </w:r>
          </w:p>
        </w:tc>
      </w:tr>
      <w:tr w:rsidR="00480F82" w14:paraId="3CBA92A1" w14:textId="77777777" w:rsidTr="00C85159">
        <w:trPr>
          <w:cantSplit/>
          <w:jc w:val="center"/>
        </w:trPr>
        <w:tc>
          <w:tcPr>
            <w:tcW w:w="3969" w:type="dxa"/>
            <w:vMerge w:val="restart"/>
            <w:tcBorders>
              <w:top w:val="single" w:sz="4" w:space="0" w:color="AFC2D2"/>
              <w:left w:val="single" w:sz="4" w:space="0" w:color="AFC2D2"/>
              <w:right w:val="single" w:sz="4" w:space="0" w:color="AFC2D2"/>
            </w:tcBorders>
            <w:shd w:val="clear" w:color="auto" w:fill="E8F0F6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04F56C22" w14:textId="5C510228" w:rsidR="00480F82" w:rsidRDefault="00480F82" w:rsidP="00480F82">
            <w:pPr>
              <w:spacing w:after="30" w:line="247" w:lineRule="auto"/>
              <w:rPr>
                <w:b/>
                <w:color w:val="1F2937"/>
                <w:sz w:val="19"/>
              </w:rPr>
            </w:pPr>
            <w:proofErr w:type="spellStart"/>
            <w:r>
              <w:rPr>
                <w:rStyle w:val="normaltextrun"/>
                <w:b/>
                <w:bCs/>
                <w:sz w:val="22"/>
              </w:rPr>
              <w:t>Af</w:t>
            </w:r>
            <w:proofErr w:type="spellEnd"/>
            <w:r>
              <w:rPr>
                <w:rStyle w:val="normaltextrun"/>
                <w:b/>
                <w:bCs/>
                <w:sz w:val="22"/>
              </w:rPr>
              <w:t xml:space="preserve"> </w:t>
            </w:r>
            <w:proofErr w:type="spellStart"/>
            <w:r>
              <w:rPr>
                <w:rStyle w:val="normaltextrun"/>
                <w:b/>
                <w:bCs/>
                <w:sz w:val="22"/>
              </w:rPr>
              <w:t>Kapsamına</w:t>
            </w:r>
            <w:proofErr w:type="spellEnd"/>
            <w:r>
              <w:rPr>
                <w:rStyle w:val="normaltextrun"/>
                <w:b/>
                <w:bCs/>
                <w:sz w:val="22"/>
              </w:rPr>
              <w:t xml:space="preserve"> </w:t>
            </w:r>
            <w:proofErr w:type="spellStart"/>
            <w:r>
              <w:rPr>
                <w:rStyle w:val="normaltextrun"/>
                <w:b/>
                <w:bCs/>
                <w:sz w:val="22"/>
              </w:rPr>
              <w:t>İlişkin</w:t>
            </w:r>
            <w:proofErr w:type="spellEnd"/>
            <w:r>
              <w:rPr>
                <w:rStyle w:val="normaltextrun"/>
                <w:b/>
                <w:bCs/>
                <w:sz w:val="22"/>
              </w:rPr>
              <w:t xml:space="preserve"> </w:t>
            </w:r>
            <w:proofErr w:type="spellStart"/>
            <w:r>
              <w:rPr>
                <w:rStyle w:val="normaltextrun"/>
                <w:b/>
                <w:bCs/>
                <w:sz w:val="22"/>
              </w:rPr>
              <w:t>Komisyon</w:t>
            </w:r>
            <w:proofErr w:type="spellEnd"/>
            <w:r>
              <w:rPr>
                <w:rStyle w:val="eop"/>
                <w:sz w:val="22"/>
              </w:rPr>
              <w:t> </w:t>
            </w:r>
          </w:p>
        </w:tc>
        <w:tc>
          <w:tcPr>
            <w:tcW w:w="6293" w:type="dxa"/>
            <w:tcBorders>
              <w:top w:val="single" w:sz="4" w:space="0" w:color="AFC2D2"/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FFFFFF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2ACCB284" w14:textId="176FB3E1" w:rsidR="00480F82" w:rsidRPr="00B00C17" w:rsidRDefault="00480F82" w:rsidP="00B00C17">
            <w:pPr>
              <w:pStyle w:val="paragraph"/>
              <w:spacing w:before="0" w:beforeAutospacing="0" w:after="0" w:afterAutospacing="0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B00C17">
              <w:rPr>
                <w:rStyle w:val="normaltextrun"/>
                <w:rFonts w:ascii="Aptos" w:hAnsi="Aptos"/>
                <w:b/>
                <w:bCs/>
                <w:sz w:val="18"/>
                <w:szCs w:val="18"/>
              </w:rPr>
              <w:t>Fizyoterapi ve Rehabilitasyon Bölümü:</w:t>
            </w:r>
          </w:p>
          <w:p w14:paraId="09E940B5" w14:textId="33547D14" w:rsidR="00480F82" w:rsidRPr="00B00C17" w:rsidRDefault="00480F82" w:rsidP="00B00C17">
            <w:pPr>
              <w:pStyle w:val="paragraph"/>
              <w:spacing w:before="0" w:beforeAutospacing="0" w:after="0" w:afterAutospacing="0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B00C17">
              <w:rPr>
                <w:rStyle w:val="normaltextrun"/>
                <w:rFonts w:ascii="Aptos" w:hAnsi="Aptos"/>
                <w:b/>
                <w:bCs/>
                <w:sz w:val="18"/>
                <w:szCs w:val="18"/>
              </w:rPr>
              <w:t>Başkan: Dr. Öğr. Üyesi Erdi KAYABINAR</w:t>
            </w:r>
          </w:p>
          <w:p w14:paraId="54640F8F" w14:textId="4B4F46E6" w:rsidR="00480F82" w:rsidRPr="00B00C17" w:rsidRDefault="00480F82" w:rsidP="00B00C17">
            <w:pPr>
              <w:pStyle w:val="paragraph"/>
              <w:spacing w:before="0" w:beforeAutospacing="0" w:after="0" w:afterAutospacing="0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B00C17">
              <w:rPr>
                <w:rStyle w:val="normaltextrun"/>
                <w:rFonts w:ascii="Aptos" w:hAnsi="Aptos"/>
                <w:sz w:val="18"/>
                <w:szCs w:val="18"/>
              </w:rPr>
              <w:t>Üye: Arş. Gör. Zeynep İclal SAĞ</w:t>
            </w:r>
          </w:p>
          <w:p w14:paraId="1DB5B672" w14:textId="3B5FCF34" w:rsidR="00480F82" w:rsidRPr="00B00C17" w:rsidRDefault="00480F82" w:rsidP="00B00C17">
            <w:pPr>
              <w:pStyle w:val="paragraph"/>
              <w:spacing w:before="0" w:beforeAutospacing="0" w:after="0" w:afterAutospacing="0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B00C17">
              <w:rPr>
                <w:rStyle w:val="normaltextrun"/>
                <w:rFonts w:ascii="Aptos" w:hAnsi="Aptos"/>
                <w:sz w:val="18"/>
                <w:szCs w:val="18"/>
              </w:rPr>
              <w:t>Üye: Arş. Gör. Gözde ARICA</w:t>
            </w:r>
          </w:p>
          <w:p w14:paraId="5641FE03" w14:textId="659CDC13" w:rsidR="00480F82" w:rsidRPr="00B00C17" w:rsidRDefault="00480F82" w:rsidP="00B00C17">
            <w:pPr>
              <w:spacing w:after="30" w:line="247" w:lineRule="auto"/>
              <w:rPr>
                <w:b/>
                <w:color w:val="1F2937"/>
                <w:szCs w:val="18"/>
              </w:rPr>
            </w:pPr>
            <w:proofErr w:type="spellStart"/>
            <w:r w:rsidRPr="00B00C17">
              <w:rPr>
                <w:rStyle w:val="normaltextrun"/>
                <w:szCs w:val="18"/>
              </w:rPr>
              <w:t>Üye</w:t>
            </w:r>
            <w:proofErr w:type="spellEnd"/>
            <w:r w:rsidRPr="00B00C17">
              <w:rPr>
                <w:rStyle w:val="normaltextrun"/>
                <w:szCs w:val="18"/>
              </w:rPr>
              <w:t xml:space="preserve">: </w:t>
            </w:r>
            <w:proofErr w:type="spellStart"/>
            <w:r w:rsidRPr="00B00C17">
              <w:rPr>
                <w:rStyle w:val="normaltextrun"/>
                <w:szCs w:val="18"/>
              </w:rPr>
              <w:t>Arş</w:t>
            </w:r>
            <w:proofErr w:type="spellEnd"/>
            <w:r w:rsidRPr="00B00C17">
              <w:rPr>
                <w:rStyle w:val="normaltextrun"/>
                <w:szCs w:val="18"/>
              </w:rPr>
              <w:t xml:space="preserve">. </w:t>
            </w:r>
            <w:proofErr w:type="spellStart"/>
            <w:r w:rsidRPr="00B00C17">
              <w:rPr>
                <w:rStyle w:val="normaltextrun"/>
                <w:szCs w:val="18"/>
              </w:rPr>
              <w:t>Gör</w:t>
            </w:r>
            <w:proofErr w:type="spellEnd"/>
            <w:r w:rsidRPr="00B00C17">
              <w:rPr>
                <w:rStyle w:val="normaltextrun"/>
                <w:szCs w:val="18"/>
              </w:rPr>
              <w:t>. Sedanur GÜNGÖR</w:t>
            </w:r>
          </w:p>
        </w:tc>
      </w:tr>
      <w:tr w:rsidR="00480F82" w14:paraId="19C36EDA" w14:textId="77777777" w:rsidTr="00C85159">
        <w:trPr>
          <w:cantSplit/>
          <w:jc w:val="center"/>
        </w:trPr>
        <w:tc>
          <w:tcPr>
            <w:tcW w:w="3969" w:type="dxa"/>
            <w:vMerge/>
            <w:tcBorders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E8F0F6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761264D8" w14:textId="77777777" w:rsidR="00480F82" w:rsidRDefault="00480F82" w:rsidP="00480F82">
            <w:pPr>
              <w:spacing w:after="30" w:line="247" w:lineRule="auto"/>
              <w:rPr>
                <w:b/>
                <w:color w:val="1F2937"/>
                <w:sz w:val="19"/>
              </w:rPr>
            </w:pPr>
          </w:p>
        </w:tc>
        <w:tc>
          <w:tcPr>
            <w:tcW w:w="6293" w:type="dxa"/>
            <w:tcBorders>
              <w:top w:val="single" w:sz="4" w:space="0" w:color="AFC2D2"/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FFFFFF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272D59D2" w14:textId="4DB3AB1B" w:rsidR="00480F82" w:rsidRPr="00B00C17" w:rsidRDefault="00480F82" w:rsidP="00B00C17">
            <w:pPr>
              <w:pStyle w:val="paragraph"/>
              <w:spacing w:before="0" w:beforeAutospacing="0" w:after="0" w:afterAutospacing="0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B00C17">
              <w:rPr>
                <w:rStyle w:val="normaltextrun"/>
                <w:rFonts w:ascii="Aptos" w:hAnsi="Aptos"/>
                <w:b/>
                <w:bCs/>
                <w:sz w:val="18"/>
                <w:szCs w:val="18"/>
              </w:rPr>
              <w:t>Hemşirelik Bölümü:</w:t>
            </w:r>
          </w:p>
          <w:p w14:paraId="11DB85CA" w14:textId="00B7FB5C" w:rsidR="00480F82" w:rsidRPr="00B00C17" w:rsidRDefault="00480F82" w:rsidP="00B00C17">
            <w:pPr>
              <w:pStyle w:val="paragraph"/>
              <w:spacing w:before="0" w:beforeAutospacing="0" w:after="0" w:afterAutospacing="0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B00C17">
              <w:rPr>
                <w:rStyle w:val="normaltextrun"/>
                <w:rFonts w:ascii="Aptos" w:hAnsi="Aptos"/>
                <w:b/>
                <w:bCs/>
                <w:sz w:val="18"/>
                <w:szCs w:val="18"/>
              </w:rPr>
              <w:t>Başkan: Doç. Dr. Şadiye ÖZCAN</w:t>
            </w:r>
          </w:p>
          <w:p w14:paraId="2DA84836" w14:textId="2D32B604" w:rsidR="00480F82" w:rsidRPr="00B00C17" w:rsidRDefault="00480F82" w:rsidP="00B00C17">
            <w:pPr>
              <w:pStyle w:val="paragraph"/>
              <w:spacing w:before="0" w:beforeAutospacing="0" w:after="0" w:afterAutospacing="0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B00C17">
              <w:rPr>
                <w:rStyle w:val="normaltextrun"/>
                <w:rFonts w:ascii="Aptos" w:hAnsi="Aptos"/>
                <w:sz w:val="18"/>
                <w:szCs w:val="18"/>
              </w:rPr>
              <w:t>Üye: Arş. Gör. Elif BALKAN KURU</w:t>
            </w:r>
          </w:p>
          <w:p w14:paraId="3AB3AB67" w14:textId="0D7D76C6" w:rsidR="00480F82" w:rsidRPr="00B00C17" w:rsidRDefault="00480F82" w:rsidP="00B00C17">
            <w:pPr>
              <w:spacing w:after="30" w:line="247" w:lineRule="auto"/>
              <w:rPr>
                <w:b/>
                <w:color w:val="1F2937"/>
                <w:szCs w:val="18"/>
              </w:rPr>
            </w:pPr>
            <w:proofErr w:type="spellStart"/>
            <w:r w:rsidRPr="00B00C17">
              <w:rPr>
                <w:rStyle w:val="normaltextrun"/>
                <w:szCs w:val="18"/>
              </w:rPr>
              <w:t>Üye</w:t>
            </w:r>
            <w:proofErr w:type="spellEnd"/>
            <w:r w:rsidRPr="00B00C17">
              <w:rPr>
                <w:rStyle w:val="normaltextrun"/>
                <w:szCs w:val="18"/>
              </w:rPr>
              <w:t xml:space="preserve">: </w:t>
            </w:r>
            <w:proofErr w:type="spellStart"/>
            <w:r w:rsidRPr="00B00C17">
              <w:rPr>
                <w:rStyle w:val="normaltextrun"/>
                <w:szCs w:val="18"/>
              </w:rPr>
              <w:t>Arş</w:t>
            </w:r>
            <w:proofErr w:type="spellEnd"/>
            <w:r w:rsidRPr="00B00C17">
              <w:rPr>
                <w:rStyle w:val="normaltextrun"/>
                <w:szCs w:val="18"/>
              </w:rPr>
              <w:t xml:space="preserve">. </w:t>
            </w:r>
            <w:proofErr w:type="spellStart"/>
            <w:r w:rsidRPr="00B00C17">
              <w:rPr>
                <w:rStyle w:val="normaltextrun"/>
                <w:szCs w:val="18"/>
              </w:rPr>
              <w:t>Gör</w:t>
            </w:r>
            <w:proofErr w:type="spellEnd"/>
            <w:r w:rsidRPr="00B00C17">
              <w:rPr>
                <w:rStyle w:val="normaltextrun"/>
                <w:szCs w:val="18"/>
              </w:rPr>
              <w:t>. Ebru Naime ARIKAN</w:t>
            </w:r>
          </w:p>
        </w:tc>
      </w:tr>
      <w:tr w:rsidR="008A238F" w14:paraId="020ECF00" w14:textId="77777777">
        <w:trPr>
          <w:cantSplit/>
          <w:jc w:val="center"/>
        </w:trPr>
        <w:tc>
          <w:tcPr>
            <w:tcW w:w="3969" w:type="dxa"/>
            <w:tcBorders>
              <w:top w:val="single" w:sz="4" w:space="0" w:color="AFC2D2"/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DCE8F2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762209CF" w14:textId="77777777" w:rsidR="008A238F" w:rsidRDefault="00000000">
            <w:pPr>
              <w:spacing w:after="30" w:line="247" w:lineRule="auto"/>
            </w:pPr>
            <w:proofErr w:type="spellStart"/>
            <w:r>
              <w:rPr>
                <w:b/>
                <w:color w:val="1F2937"/>
                <w:sz w:val="19"/>
              </w:rPr>
              <w:t>Kariyer</w:t>
            </w:r>
            <w:proofErr w:type="spellEnd"/>
            <w:r>
              <w:rPr>
                <w:b/>
                <w:color w:val="1F2937"/>
                <w:sz w:val="19"/>
              </w:rPr>
              <w:t xml:space="preserve"> </w:t>
            </w:r>
            <w:proofErr w:type="spellStart"/>
            <w:r>
              <w:rPr>
                <w:b/>
                <w:color w:val="1F2937"/>
                <w:sz w:val="19"/>
              </w:rPr>
              <w:t>Merkezi</w:t>
            </w:r>
            <w:proofErr w:type="spellEnd"/>
            <w:r>
              <w:rPr>
                <w:b/>
                <w:color w:val="1F2937"/>
                <w:sz w:val="19"/>
              </w:rPr>
              <w:t xml:space="preserve"> </w:t>
            </w:r>
            <w:proofErr w:type="spellStart"/>
            <w:r>
              <w:rPr>
                <w:b/>
                <w:color w:val="1F2937"/>
                <w:sz w:val="19"/>
              </w:rPr>
              <w:t>Temsilcileri</w:t>
            </w:r>
            <w:proofErr w:type="spellEnd"/>
          </w:p>
        </w:tc>
        <w:tc>
          <w:tcPr>
            <w:tcW w:w="6293" w:type="dxa"/>
            <w:tcBorders>
              <w:top w:val="single" w:sz="4" w:space="0" w:color="AFC2D2"/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F8FAFC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12DF31D4" w14:textId="77777777" w:rsidR="008A238F" w:rsidRDefault="00000000">
            <w:pPr>
              <w:spacing w:after="30" w:line="247" w:lineRule="auto"/>
              <w:rPr>
                <w:color w:val="1F2937"/>
              </w:rPr>
            </w:pPr>
            <w:r>
              <w:rPr>
                <w:b/>
                <w:color w:val="1F2937"/>
              </w:rPr>
              <w:t>Fakülte:</w:t>
            </w:r>
            <w:r>
              <w:rPr>
                <w:color w:val="1F2937"/>
              </w:rPr>
              <w:t xml:space="preserve"> Arş. Gör. Gözde ARICA</w:t>
            </w:r>
          </w:p>
          <w:p w14:paraId="465035DB" w14:textId="0E2EF458" w:rsidR="00D87B09" w:rsidRDefault="00D87B09">
            <w:pPr>
              <w:spacing w:after="30" w:line="247" w:lineRule="auto"/>
            </w:pPr>
            <w:proofErr w:type="spellStart"/>
            <w:r>
              <w:rPr>
                <w:b/>
                <w:color w:val="1F2937"/>
              </w:rPr>
              <w:t>Fizyoterapi</w:t>
            </w:r>
            <w:proofErr w:type="spellEnd"/>
            <w:r>
              <w:rPr>
                <w:b/>
                <w:color w:val="1F2937"/>
              </w:rPr>
              <w:t xml:space="preserve"> </w:t>
            </w:r>
            <w:proofErr w:type="spellStart"/>
            <w:r>
              <w:rPr>
                <w:b/>
                <w:color w:val="1F2937"/>
              </w:rPr>
              <w:t>ve</w:t>
            </w:r>
            <w:proofErr w:type="spellEnd"/>
            <w:r>
              <w:rPr>
                <w:b/>
                <w:color w:val="1F2937"/>
              </w:rPr>
              <w:t xml:space="preserve"> </w:t>
            </w:r>
            <w:proofErr w:type="spellStart"/>
            <w:r>
              <w:rPr>
                <w:b/>
                <w:color w:val="1F2937"/>
              </w:rPr>
              <w:t>Rehabilitasyon</w:t>
            </w:r>
            <w:proofErr w:type="spellEnd"/>
            <w:r>
              <w:rPr>
                <w:b/>
                <w:color w:val="1F2937"/>
              </w:rPr>
              <w:t>:</w:t>
            </w:r>
            <w:r>
              <w:rPr>
                <w:color w:val="1F2937"/>
              </w:rPr>
              <w:t xml:space="preserve"> </w:t>
            </w:r>
            <w:proofErr w:type="spellStart"/>
            <w:r>
              <w:rPr>
                <w:color w:val="1F2937"/>
              </w:rPr>
              <w:t>Arş</w:t>
            </w:r>
            <w:proofErr w:type="spellEnd"/>
            <w:r>
              <w:rPr>
                <w:color w:val="1F2937"/>
              </w:rPr>
              <w:t xml:space="preserve">. </w:t>
            </w:r>
            <w:proofErr w:type="spellStart"/>
            <w:r>
              <w:rPr>
                <w:color w:val="1F2937"/>
              </w:rPr>
              <w:t>Gör</w:t>
            </w:r>
            <w:proofErr w:type="spellEnd"/>
            <w:r>
              <w:rPr>
                <w:color w:val="1F2937"/>
              </w:rPr>
              <w:t>. Gözde ARICA</w:t>
            </w:r>
          </w:p>
          <w:p w14:paraId="3CB8367B" w14:textId="3A608905" w:rsidR="008A238F" w:rsidRDefault="00000000">
            <w:pPr>
              <w:spacing w:after="30" w:line="247" w:lineRule="auto"/>
            </w:pPr>
            <w:r>
              <w:rPr>
                <w:b/>
                <w:color w:val="1F2937"/>
              </w:rPr>
              <w:t>Hemşirelik:</w:t>
            </w:r>
            <w:r>
              <w:rPr>
                <w:color w:val="1F2937"/>
              </w:rPr>
              <w:t xml:space="preserve"> Dr. Öğr. </w:t>
            </w:r>
            <w:proofErr w:type="spellStart"/>
            <w:r>
              <w:rPr>
                <w:color w:val="1F2937"/>
              </w:rPr>
              <w:t>Üyesi</w:t>
            </w:r>
            <w:proofErr w:type="spellEnd"/>
            <w:r>
              <w:rPr>
                <w:color w:val="1F2937"/>
              </w:rPr>
              <w:t xml:space="preserve"> Duygu DEMİR</w:t>
            </w:r>
          </w:p>
        </w:tc>
      </w:tr>
      <w:tr w:rsidR="008A238F" w14:paraId="097EF75A" w14:textId="77777777">
        <w:trPr>
          <w:cantSplit/>
          <w:jc w:val="center"/>
        </w:trPr>
        <w:tc>
          <w:tcPr>
            <w:tcW w:w="3969" w:type="dxa"/>
            <w:tcBorders>
              <w:top w:val="single" w:sz="4" w:space="0" w:color="AFC2D2"/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E8F0F6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0D27DCF7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  <w:sz w:val="19"/>
              </w:rPr>
              <w:t>Bağımlılıkla Mücadele Komisyonu</w:t>
            </w:r>
          </w:p>
        </w:tc>
        <w:tc>
          <w:tcPr>
            <w:tcW w:w="6293" w:type="dxa"/>
            <w:tcBorders>
              <w:top w:val="single" w:sz="4" w:space="0" w:color="AFC2D2"/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FFFFFF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4D54986B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</w:rPr>
              <w:t>Başkan:</w:t>
            </w:r>
            <w:r>
              <w:rPr>
                <w:color w:val="1F2937"/>
              </w:rPr>
              <w:t xml:space="preserve"> Prof. Dr. (Dekan-Başkan)</w:t>
            </w:r>
          </w:p>
          <w:p w14:paraId="4168238B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</w:rPr>
              <w:t>Üye:</w:t>
            </w:r>
            <w:r>
              <w:rPr>
                <w:color w:val="1F2937"/>
              </w:rPr>
              <w:t xml:space="preserve"> Prof. Dr. Arzu YILDIRIM</w:t>
            </w:r>
          </w:p>
          <w:p w14:paraId="53285E84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</w:rPr>
              <w:t>Üye:</w:t>
            </w:r>
            <w:r>
              <w:rPr>
                <w:color w:val="1F2937"/>
              </w:rPr>
              <w:t xml:space="preserve"> Dr. Öğr. Üyesi Tubanur ASLAN ENGİN</w:t>
            </w:r>
          </w:p>
          <w:p w14:paraId="045F8898" w14:textId="77777777" w:rsidR="008A238F" w:rsidRDefault="00000000">
            <w:pPr>
              <w:spacing w:after="30" w:line="247" w:lineRule="auto"/>
              <w:rPr>
                <w:color w:val="1F2937"/>
              </w:rPr>
            </w:pPr>
            <w:r>
              <w:rPr>
                <w:b/>
                <w:color w:val="1F2937"/>
              </w:rPr>
              <w:t>Üye:</w:t>
            </w:r>
            <w:r>
              <w:rPr>
                <w:color w:val="1F2937"/>
              </w:rPr>
              <w:t xml:space="preserve"> Öğr. Gör. Dr. Tuba Büşra ALTIN</w:t>
            </w:r>
          </w:p>
          <w:p w14:paraId="2B56C3E7" w14:textId="77777777" w:rsidR="007E36D2" w:rsidRDefault="007E36D2">
            <w:pPr>
              <w:spacing w:after="30" w:line="247" w:lineRule="auto"/>
              <w:rPr>
                <w:color w:val="1F2937"/>
              </w:rPr>
            </w:pPr>
          </w:p>
          <w:p w14:paraId="193F391E" w14:textId="77777777" w:rsidR="007E36D2" w:rsidRDefault="007E36D2">
            <w:pPr>
              <w:spacing w:after="30" w:line="247" w:lineRule="auto"/>
              <w:rPr>
                <w:color w:val="1F2937"/>
              </w:rPr>
            </w:pPr>
          </w:p>
          <w:p w14:paraId="4EBED1AF" w14:textId="77777777" w:rsidR="007E36D2" w:rsidRDefault="007E36D2">
            <w:pPr>
              <w:spacing w:after="30" w:line="247" w:lineRule="auto"/>
            </w:pPr>
          </w:p>
        </w:tc>
      </w:tr>
      <w:tr w:rsidR="00D87B09" w14:paraId="3B5DAE97" w14:textId="77777777" w:rsidTr="00245A99">
        <w:trPr>
          <w:cantSplit/>
          <w:jc w:val="center"/>
        </w:trPr>
        <w:tc>
          <w:tcPr>
            <w:tcW w:w="3969" w:type="dxa"/>
            <w:vMerge w:val="restart"/>
            <w:tcBorders>
              <w:top w:val="single" w:sz="4" w:space="0" w:color="AFC2D2"/>
              <w:left w:val="single" w:sz="4" w:space="0" w:color="AFC2D2"/>
              <w:right w:val="single" w:sz="4" w:space="0" w:color="AFC2D2"/>
            </w:tcBorders>
            <w:shd w:val="clear" w:color="auto" w:fill="DCE8F2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788AE9C1" w14:textId="021C439E" w:rsidR="00D87B09" w:rsidRDefault="00D87B09" w:rsidP="007E36D2">
            <w:pPr>
              <w:spacing w:after="30" w:line="247" w:lineRule="auto"/>
              <w:rPr>
                <w:b/>
                <w:color w:val="1F2937"/>
                <w:sz w:val="19"/>
              </w:rPr>
            </w:pPr>
            <w:proofErr w:type="spellStart"/>
            <w:r>
              <w:rPr>
                <w:b/>
                <w:color w:val="1F2937"/>
                <w:sz w:val="19"/>
              </w:rPr>
              <w:lastRenderedPageBreak/>
              <w:t>Lisansüstü</w:t>
            </w:r>
            <w:proofErr w:type="spellEnd"/>
            <w:r>
              <w:rPr>
                <w:b/>
                <w:color w:val="1F2937"/>
                <w:sz w:val="19"/>
              </w:rPr>
              <w:t xml:space="preserve"> </w:t>
            </w:r>
            <w:proofErr w:type="spellStart"/>
            <w:r>
              <w:rPr>
                <w:b/>
                <w:color w:val="1F2937"/>
                <w:sz w:val="19"/>
              </w:rPr>
              <w:t>Eğitim</w:t>
            </w:r>
            <w:proofErr w:type="spellEnd"/>
            <w:r>
              <w:rPr>
                <w:b/>
                <w:color w:val="1F2937"/>
                <w:sz w:val="19"/>
              </w:rPr>
              <w:t xml:space="preserve"> </w:t>
            </w:r>
            <w:proofErr w:type="spellStart"/>
            <w:r>
              <w:rPr>
                <w:b/>
                <w:color w:val="1F2937"/>
                <w:sz w:val="19"/>
              </w:rPr>
              <w:t>ve</w:t>
            </w:r>
            <w:proofErr w:type="spellEnd"/>
            <w:r>
              <w:rPr>
                <w:b/>
                <w:color w:val="1F2937"/>
                <w:sz w:val="19"/>
              </w:rPr>
              <w:t xml:space="preserve"> </w:t>
            </w:r>
            <w:proofErr w:type="spellStart"/>
            <w:r>
              <w:rPr>
                <w:b/>
                <w:color w:val="1F2937"/>
                <w:sz w:val="19"/>
              </w:rPr>
              <w:t>Stratejik</w:t>
            </w:r>
            <w:proofErr w:type="spellEnd"/>
            <w:r>
              <w:rPr>
                <w:b/>
                <w:color w:val="1F2937"/>
                <w:sz w:val="19"/>
              </w:rPr>
              <w:t xml:space="preserve"> </w:t>
            </w:r>
            <w:proofErr w:type="spellStart"/>
            <w:r>
              <w:rPr>
                <w:b/>
                <w:color w:val="1F2937"/>
                <w:sz w:val="19"/>
              </w:rPr>
              <w:t>Planlama</w:t>
            </w:r>
            <w:proofErr w:type="spellEnd"/>
            <w:r>
              <w:rPr>
                <w:b/>
                <w:color w:val="1F2937"/>
                <w:sz w:val="19"/>
              </w:rPr>
              <w:t xml:space="preserve"> </w:t>
            </w:r>
            <w:proofErr w:type="spellStart"/>
            <w:r>
              <w:rPr>
                <w:b/>
                <w:color w:val="1F2937"/>
                <w:sz w:val="19"/>
              </w:rPr>
              <w:t>Komisyonu</w:t>
            </w:r>
            <w:proofErr w:type="spellEnd"/>
          </w:p>
        </w:tc>
        <w:tc>
          <w:tcPr>
            <w:tcW w:w="6293" w:type="dxa"/>
            <w:tcBorders>
              <w:top w:val="single" w:sz="4" w:space="0" w:color="AFC2D2"/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F8FAFC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241E5EF5" w14:textId="3BE9E666" w:rsidR="007E36D2" w:rsidRPr="007E36D2" w:rsidRDefault="007E36D2" w:rsidP="007E36D2">
            <w:pPr>
              <w:pStyle w:val="paragraph"/>
              <w:spacing w:before="0" w:beforeAutospacing="0" w:after="0" w:afterAutospacing="0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B00C17">
              <w:rPr>
                <w:rStyle w:val="normaltextrun"/>
                <w:rFonts w:ascii="Aptos" w:hAnsi="Aptos"/>
                <w:b/>
                <w:bCs/>
                <w:sz w:val="18"/>
                <w:szCs w:val="18"/>
              </w:rPr>
              <w:t>Fizyoterapi ve Rehabilitasyon Bölümü:</w:t>
            </w:r>
          </w:p>
          <w:p w14:paraId="6174F0BA" w14:textId="3FA47B63" w:rsidR="00D87B09" w:rsidRDefault="00D87B09" w:rsidP="007E36D2">
            <w:pPr>
              <w:spacing w:after="30" w:line="247" w:lineRule="auto"/>
            </w:pPr>
            <w:r>
              <w:rPr>
                <w:b/>
                <w:color w:val="1F2937"/>
              </w:rPr>
              <w:t>Başkan:</w:t>
            </w:r>
            <w:r>
              <w:rPr>
                <w:color w:val="1F2937"/>
              </w:rPr>
              <w:t xml:space="preserve"> </w:t>
            </w:r>
            <w:proofErr w:type="spellStart"/>
            <w:r>
              <w:rPr>
                <w:color w:val="1F2937"/>
              </w:rPr>
              <w:t>Doç</w:t>
            </w:r>
            <w:proofErr w:type="spellEnd"/>
            <w:r>
              <w:rPr>
                <w:color w:val="1F2937"/>
              </w:rPr>
              <w:t>. Dr. Asuman SALTAN</w:t>
            </w:r>
          </w:p>
          <w:p w14:paraId="5E43FD7D" w14:textId="3684416E" w:rsidR="00D87B09" w:rsidRDefault="00D87B09" w:rsidP="007E36D2">
            <w:pPr>
              <w:spacing w:after="30" w:line="247" w:lineRule="auto"/>
            </w:pPr>
            <w:proofErr w:type="spellStart"/>
            <w:r>
              <w:rPr>
                <w:b/>
                <w:color w:val="1F2937"/>
              </w:rPr>
              <w:t>Üye</w:t>
            </w:r>
            <w:proofErr w:type="spellEnd"/>
            <w:r>
              <w:rPr>
                <w:b/>
                <w:color w:val="1F2937"/>
              </w:rPr>
              <w:t>:</w:t>
            </w:r>
            <w:r>
              <w:rPr>
                <w:color w:val="1F2937"/>
              </w:rPr>
              <w:t xml:space="preserve"> Dr. </w:t>
            </w:r>
            <w:proofErr w:type="spellStart"/>
            <w:r>
              <w:rPr>
                <w:color w:val="1F2937"/>
              </w:rPr>
              <w:t>Öğr</w:t>
            </w:r>
            <w:proofErr w:type="spellEnd"/>
            <w:r>
              <w:rPr>
                <w:color w:val="1F2937"/>
              </w:rPr>
              <w:t xml:space="preserve">. </w:t>
            </w:r>
            <w:proofErr w:type="spellStart"/>
            <w:r>
              <w:rPr>
                <w:color w:val="1F2937"/>
              </w:rPr>
              <w:t>Üyesi</w:t>
            </w:r>
            <w:proofErr w:type="spellEnd"/>
            <w:r>
              <w:rPr>
                <w:color w:val="1F2937"/>
              </w:rPr>
              <w:t xml:space="preserve"> Erdi KAYABINAR</w:t>
            </w:r>
          </w:p>
          <w:p w14:paraId="04368A20" w14:textId="26195FFD" w:rsidR="00D87B09" w:rsidRDefault="00D87B09" w:rsidP="007E36D2">
            <w:pPr>
              <w:spacing w:after="30" w:line="247" w:lineRule="auto"/>
              <w:rPr>
                <w:b/>
                <w:color w:val="1F2937"/>
              </w:rPr>
            </w:pPr>
            <w:proofErr w:type="spellStart"/>
            <w:r>
              <w:rPr>
                <w:b/>
                <w:color w:val="1F2937"/>
              </w:rPr>
              <w:t>Üye</w:t>
            </w:r>
            <w:proofErr w:type="spellEnd"/>
            <w:r>
              <w:rPr>
                <w:b/>
                <w:color w:val="1F2937"/>
              </w:rPr>
              <w:t>:</w:t>
            </w:r>
            <w:r>
              <w:rPr>
                <w:color w:val="1F2937"/>
              </w:rPr>
              <w:t xml:space="preserve"> </w:t>
            </w:r>
            <w:proofErr w:type="spellStart"/>
            <w:r>
              <w:rPr>
                <w:color w:val="1F2937"/>
              </w:rPr>
              <w:t>Öğr</w:t>
            </w:r>
            <w:proofErr w:type="spellEnd"/>
            <w:r>
              <w:rPr>
                <w:color w:val="1F2937"/>
              </w:rPr>
              <w:t xml:space="preserve">. </w:t>
            </w:r>
            <w:proofErr w:type="spellStart"/>
            <w:r>
              <w:rPr>
                <w:color w:val="1F2937"/>
              </w:rPr>
              <w:t>Gör</w:t>
            </w:r>
            <w:proofErr w:type="spellEnd"/>
            <w:r>
              <w:rPr>
                <w:color w:val="1F2937"/>
              </w:rPr>
              <w:t>. Yüsra Nur ŞANLITÜRK</w:t>
            </w:r>
          </w:p>
        </w:tc>
      </w:tr>
      <w:tr w:rsidR="00D87B09" w14:paraId="0CCD79F6" w14:textId="77777777" w:rsidTr="00245A99">
        <w:trPr>
          <w:cantSplit/>
          <w:jc w:val="center"/>
        </w:trPr>
        <w:tc>
          <w:tcPr>
            <w:tcW w:w="3969" w:type="dxa"/>
            <w:vMerge/>
            <w:tcBorders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DCE8F2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66E3E3D3" w14:textId="37D1AE66" w:rsidR="00D87B09" w:rsidRDefault="00D87B09" w:rsidP="007E36D2">
            <w:pPr>
              <w:spacing w:after="30" w:line="247" w:lineRule="auto"/>
            </w:pPr>
          </w:p>
        </w:tc>
        <w:tc>
          <w:tcPr>
            <w:tcW w:w="6293" w:type="dxa"/>
            <w:tcBorders>
              <w:top w:val="single" w:sz="4" w:space="0" w:color="AFC2D2"/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F8FAFC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2550F189" w14:textId="430BA30F" w:rsidR="007E36D2" w:rsidRPr="007E36D2" w:rsidRDefault="007E36D2" w:rsidP="007E36D2">
            <w:pPr>
              <w:pStyle w:val="paragraph"/>
              <w:spacing w:before="0" w:beforeAutospacing="0" w:after="0" w:afterAutospacing="0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B00C17">
              <w:rPr>
                <w:rStyle w:val="normaltextrun"/>
                <w:rFonts w:ascii="Aptos" w:hAnsi="Aptos"/>
                <w:b/>
                <w:bCs/>
                <w:sz w:val="18"/>
                <w:szCs w:val="18"/>
              </w:rPr>
              <w:t>Hemşirelik Bölümü:</w:t>
            </w:r>
          </w:p>
          <w:p w14:paraId="4FA81554" w14:textId="418BA54A" w:rsidR="00D87B09" w:rsidRDefault="00D87B09" w:rsidP="007E36D2">
            <w:pPr>
              <w:spacing w:after="30" w:line="247" w:lineRule="auto"/>
            </w:pPr>
            <w:proofErr w:type="spellStart"/>
            <w:r>
              <w:rPr>
                <w:b/>
                <w:color w:val="1F2937"/>
              </w:rPr>
              <w:t>Hemşirelik</w:t>
            </w:r>
            <w:proofErr w:type="spellEnd"/>
            <w:r>
              <w:rPr>
                <w:b/>
                <w:color w:val="1F2937"/>
              </w:rPr>
              <w:t xml:space="preserve"> - Başkan:</w:t>
            </w:r>
            <w:r>
              <w:rPr>
                <w:color w:val="1F2937"/>
              </w:rPr>
              <w:t xml:space="preserve"> </w:t>
            </w:r>
            <w:proofErr w:type="spellStart"/>
            <w:r>
              <w:rPr>
                <w:color w:val="1F2937"/>
              </w:rPr>
              <w:t>Doç</w:t>
            </w:r>
            <w:proofErr w:type="spellEnd"/>
            <w:r>
              <w:rPr>
                <w:color w:val="1F2937"/>
              </w:rPr>
              <w:t>. Dr. Gamze YILMAZ</w:t>
            </w:r>
          </w:p>
          <w:p w14:paraId="7E472522" w14:textId="77777777" w:rsidR="00D87B09" w:rsidRDefault="00D87B09" w:rsidP="007E36D2">
            <w:pPr>
              <w:spacing w:after="30" w:line="247" w:lineRule="auto"/>
            </w:pPr>
            <w:r>
              <w:rPr>
                <w:b/>
                <w:color w:val="1F2937"/>
              </w:rPr>
              <w:t>Hemşirelik - Üye:</w:t>
            </w:r>
            <w:r>
              <w:rPr>
                <w:color w:val="1F2937"/>
              </w:rPr>
              <w:t xml:space="preserve"> Dr. Öğr. Üyesi Esra USTA</w:t>
            </w:r>
          </w:p>
          <w:p w14:paraId="63A0042F" w14:textId="1C3AA5A0" w:rsidR="00D87B09" w:rsidRDefault="00D87B09" w:rsidP="007E36D2">
            <w:pPr>
              <w:spacing w:after="30" w:line="247" w:lineRule="auto"/>
            </w:pPr>
            <w:r>
              <w:rPr>
                <w:b/>
                <w:color w:val="1F2937"/>
              </w:rPr>
              <w:t>Hemşirelik - Üye:</w:t>
            </w:r>
            <w:r>
              <w:rPr>
                <w:color w:val="1F2937"/>
              </w:rPr>
              <w:t xml:space="preserve"> Dr. Öğr. </w:t>
            </w:r>
            <w:proofErr w:type="spellStart"/>
            <w:r>
              <w:rPr>
                <w:color w:val="1F2937"/>
              </w:rPr>
              <w:t>Üyesi</w:t>
            </w:r>
            <w:proofErr w:type="spellEnd"/>
            <w:r>
              <w:rPr>
                <w:color w:val="1F2937"/>
              </w:rPr>
              <w:t xml:space="preserve"> Duygu DEMİR</w:t>
            </w:r>
          </w:p>
        </w:tc>
      </w:tr>
      <w:tr w:rsidR="008A238F" w14:paraId="023991B2" w14:textId="77777777">
        <w:trPr>
          <w:cantSplit/>
          <w:jc w:val="center"/>
        </w:trPr>
        <w:tc>
          <w:tcPr>
            <w:tcW w:w="3969" w:type="dxa"/>
            <w:tcBorders>
              <w:top w:val="single" w:sz="4" w:space="0" w:color="AFC2D2"/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E8F0F6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41CC81A6" w14:textId="77777777" w:rsidR="008A238F" w:rsidRDefault="00000000">
            <w:pPr>
              <w:spacing w:after="30" w:line="247" w:lineRule="auto"/>
            </w:pPr>
            <w:proofErr w:type="spellStart"/>
            <w:r>
              <w:rPr>
                <w:b/>
                <w:color w:val="1F2937"/>
                <w:sz w:val="19"/>
              </w:rPr>
              <w:t>Bilim</w:t>
            </w:r>
            <w:proofErr w:type="spellEnd"/>
            <w:r>
              <w:rPr>
                <w:b/>
                <w:color w:val="1F2937"/>
                <w:sz w:val="19"/>
              </w:rPr>
              <w:t xml:space="preserve"> </w:t>
            </w:r>
            <w:proofErr w:type="spellStart"/>
            <w:r>
              <w:rPr>
                <w:b/>
                <w:color w:val="1F2937"/>
                <w:sz w:val="19"/>
              </w:rPr>
              <w:t>Projeler</w:t>
            </w:r>
            <w:proofErr w:type="spellEnd"/>
            <w:r>
              <w:rPr>
                <w:b/>
                <w:color w:val="1F2937"/>
                <w:sz w:val="19"/>
              </w:rPr>
              <w:t xml:space="preserve"> Hazırlama, </w:t>
            </w:r>
            <w:proofErr w:type="spellStart"/>
            <w:r>
              <w:rPr>
                <w:b/>
                <w:color w:val="1F2937"/>
                <w:sz w:val="19"/>
              </w:rPr>
              <w:t>Destek</w:t>
            </w:r>
            <w:proofErr w:type="spellEnd"/>
            <w:r>
              <w:rPr>
                <w:b/>
                <w:color w:val="1F2937"/>
                <w:sz w:val="19"/>
              </w:rPr>
              <w:t xml:space="preserve"> </w:t>
            </w:r>
            <w:proofErr w:type="spellStart"/>
            <w:r>
              <w:rPr>
                <w:b/>
                <w:color w:val="1F2937"/>
                <w:sz w:val="19"/>
              </w:rPr>
              <w:t>ve</w:t>
            </w:r>
            <w:proofErr w:type="spellEnd"/>
            <w:r>
              <w:rPr>
                <w:b/>
                <w:color w:val="1F2937"/>
                <w:sz w:val="19"/>
              </w:rPr>
              <w:t xml:space="preserve"> Yönetim Komisyonu (Ulusal ve Uluslararası)</w:t>
            </w:r>
          </w:p>
        </w:tc>
        <w:tc>
          <w:tcPr>
            <w:tcW w:w="6293" w:type="dxa"/>
            <w:tcBorders>
              <w:top w:val="single" w:sz="4" w:space="0" w:color="AFC2D2"/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FFFFFF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5D968862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</w:rPr>
              <w:t>Başkan:</w:t>
            </w:r>
            <w:r>
              <w:rPr>
                <w:color w:val="1F2937"/>
              </w:rPr>
              <w:t xml:space="preserve"> Doç. Dr. Asuman SALTAN</w:t>
            </w:r>
          </w:p>
          <w:p w14:paraId="72FAF196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</w:rPr>
              <w:t>Üye:</w:t>
            </w:r>
            <w:r>
              <w:rPr>
                <w:color w:val="1F2937"/>
              </w:rPr>
              <w:t xml:space="preserve"> Doç. Dr. Handan EREN</w:t>
            </w:r>
          </w:p>
          <w:p w14:paraId="20130D77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</w:rPr>
              <w:t>Üye:</w:t>
            </w:r>
            <w:r>
              <w:rPr>
                <w:color w:val="1F2937"/>
              </w:rPr>
              <w:t xml:space="preserve"> Doç. Dr. Şeyda CAN</w:t>
            </w:r>
          </w:p>
          <w:p w14:paraId="15F85F61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</w:rPr>
              <w:t>Üye:</w:t>
            </w:r>
            <w:r>
              <w:rPr>
                <w:color w:val="1F2937"/>
              </w:rPr>
              <w:t xml:space="preserve"> Öğr. Gör. Dr. Şaban ERDOĞAN</w:t>
            </w:r>
          </w:p>
          <w:p w14:paraId="746FDB36" w14:textId="77777777" w:rsidR="008A238F" w:rsidRDefault="00000000">
            <w:pPr>
              <w:spacing w:after="30" w:line="247" w:lineRule="auto"/>
            </w:pPr>
            <w:r>
              <w:rPr>
                <w:b/>
                <w:color w:val="1F2937"/>
              </w:rPr>
              <w:t>Üye:</w:t>
            </w:r>
            <w:r>
              <w:rPr>
                <w:color w:val="1F2937"/>
              </w:rPr>
              <w:t xml:space="preserve"> Arş. Gör. Zeynep İclal SAĞ</w:t>
            </w:r>
          </w:p>
        </w:tc>
      </w:tr>
      <w:tr w:rsidR="00D87B09" w14:paraId="231E49FB" w14:textId="77777777" w:rsidTr="009C20F4">
        <w:trPr>
          <w:cantSplit/>
          <w:jc w:val="center"/>
        </w:trPr>
        <w:tc>
          <w:tcPr>
            <w:tcW w:w="3969" w:type="dxa"/>
            <w:vMerge w:val="restart"/>
            <w:tcBorders>
              <w:top w:val="single" w:sz="4" w:space="0" w:color="AFC2D2"/>
              <w:left w:val="single" w:sz="4" w:space="0" w:color="AFC2D2"/>
              <w:right w:val="single" w:sz="4" w:space="0" w:color="AFC2D2"/>
            </w:tcBorders>
            <w:shd w:val="clear" w:color="auto" w:fill="DCE8F2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77358C78" w14:textId="658AC8D7" w:rsidR="00D87B09" w:rsidRDefault="00D87B09" w:rsidP="009C20F4">
            <w:pPr>
              <w:spacing w:after="30" w:line="247" w:lineRule="auto"/>
              <w:rPr>
                <w:b/>
                <w:color w:val="1F2937"/>
                <w:sz w:val="19"/>
              </w:rPr>
            </w:pPr>
            <w:proofErr w:type="spellStart"/>
            <w:r>
              <w:rPr>
                <w:b/>
                <w:color w:val="1F2937"/>
                <w:sz w:val="19"/>
              </w:rPr>
              <w:t>Sosyal</w:t>
            </w:r>
            <w:proofErr w:type="spellEnd"/>
            <w:r>
              <w:rPr>
                <w:b/>
                <w:color w:val="1F2937"/>
                <w:sz w:val="19"/>
              </w:rPr>
              <w:t xml:space="preserve"> </w:t>
            </w:r>
            <w:proofErr w:type="spellStart"/>
            <w:r>
              <w:rPr>
                <w:b/>
                <w:color w:val="1F2937"/>
                <w:sz w:val="19"/>
              </w:rPr>
              <w:t>Transkript</w:t>
            </w:r>
            <w:proofErr w:type="spellEnd"/>
            <w:r>
              <w:rPr>
                <w:b/>
                <w:color w:val="1F2937"/>
                <w:sz w:val="19"/>
              </w:rPr>
              <w:t xml:space="preserve"> </w:t>
            </w:r>
            <w:proofErr w:type="spellStart"/>
            <w:r>
              <w:rPr>
                <w:b/>
                <w:color w:val="1F2937"/>
                <w:sz w:val="19"/>
              </w:rPr>
              <w:t>Komisyonu</w:t>
            </w:r>
            <w:proofErr w:type="spellEnd"/>
          </w:p>
        </w:tc>
        <w:tc>
          <w:tcPr>
            <w:tcW w:w="6293" w:type="dxa"/>
            <w:tcBorders>
              <w:top w:val="single" w:sz="4" w:space="0" w:color="AFC2D2"/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F8FAFC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454833B6" w14:textId="2AECF6C0" w:rsidR="007E36D2" w:rsidRPr="007E36D2" w:rsidRDefault="007E36D2" w:rsidP="007E36D2">
            <w:pPr>
              <w:pStyle w:val="paragraph"/>
              <w:spacing w:before="0" w:beforeAutospacing="0" w:after="0" w:afterAutospacing="0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B00C17">
              <w:rPr>
                <w:rStyle w:val="normaltextrun"/>
                <w:rFonts w:ascii="Aptos" w:hAnsi="Aptos"/>
                <w:b/>
                <w:bCs/>
                <w:sz w:val="18"/>
                <w:szCs w:val="18"/>
              </w:rPr>
              <w:t>Fizyoterapi ve Rehabilitasyon Bölümü:</w:t>
            </w:r>
          </w:p>
          <w:p w14:paraId="0A116409" w14:textId="77777777" w:rsidR="007E36D2" w:rsidRDefault="00D87B09" w:rsidP="00D87B09">
            <w:pPr>
              <w:spacing w:after="30" w:line="247" w:lineRule="auto"/>
              <w:rPr>
                <w:b/>
                <w:color w:val="1F2937"/>
              </w:rPr>
            </w:pPr>
            <w:r>
              <w:rPr>
                <w:b/>
                <w:color w:val="1F2937"/>
              </w:rPr>
              <w:t>Başkan:</w:t>
            </w:r>
            <w:r>
              <w:rPr>
                <w:color w:val="1F2937"/>
              </w:rPr>
              <w:t xml:space="preserve"> </w:t>
            </w:r>
            <w:proofErr w:type="spellStart"/>
            <w:r>
              <w:rPr>
                <w:color w:val="1F2937"/>
              </w:rPr>
              <w:t>Öğr</w:t>
            </w:r>
            <w:proofErr w:type="spellEnd"/>
            <w:r>
              <w:rPr>
                <w:color w:val="1F2937"/>
              </w:rPr>
              <w:t xml:space="preserve">. </w:t>
            </w:r>
            <w:proofErr w:type="spellStart"/>
            <w:r>
              <w:rPr>
                <w:color w:val="1F2937"/>
              </w:rPr>
              <w:t>Gör</w:t>
            </w:r>
            <w:proofErr w:type="spellEnd"/>
            <w:r>
              <w:rPr>
                <w:color w:val="1F2937"/>
              </w:rPr>
              <w:t>. Yüsra Nur ŞANLITÜRK</w:t>
            </w:r>
            <w:r>
              <w:rPr>
                <w:b/>
                <w:color w:val="1F2937"/>
              </w:rPr>
              <w:t xml:space="preserve"> </w:t>
            </w:r>
          </w:p>
          <w:p w14:paraId="1239FA72" w14:textId="053CD704" w:rsidR="00D87B09" w:rsidRDefault="00D87B09" w:rsidP="00D87B09">
            <w:pPr>
              <w:spacing w:after="30" w:line="247" w:lineRule="auto"/>
            </w:pPr>
            <w:proofErr w:type="spellStart"/>
            <w:r>
              <w:rPr>
                <w:b/>
                <w:color w:val="1F2937"/>
              </w:rPr>
              <w:t>Üye</w:t>
            </w:r>
            <w:proofErr w:type="spellEnd"/>
            <w:r>
              <w:rPr>
                <w:b/>
                <w:color w:val="1F2937"/>
              </w:rPr>
              <w:t>:</w:t>
            </w:r>
            <w:r>
              <w:rPr>
                <w:color w:val="1F2937"/>
              </w:rPr>
              <w:t xml:space="preserve"> </w:t>
            </w:r>
            <w:proofErr w:type="spellStart"/>
            <w:r>
              <w:rPr>
                <w:color w:val="1F2937"/>
              </w:rPr>
              <w:t>Arş</w:t>
            </w:r>
            <w:proofErr w:type="spellEnd"/>
            <w:r>
              <w:rPr>
                <w:color w:val="1F2937"/>
              </w:rPr>
              <w:t xml:space="preserve">. </w:t>
            </w:r>
            <w:proofErr w:type="spellStart"/>
            <w:r>
              <w:rPr>
                <w:color w:val="1F2937"/>
              </w:rPr>
              <w:t>Gör</w:t>
            </w:r>
            <w:proofErr w:type="spellEnd"/>
            <w:r>
              <w:rPr>
                <w:color w:val="1F2937"/>
              </w:rPr>
              <w:t>. Gözde ARICA</w:t>
            </w:r>
          </w:p>
          <w:p w14:paraId="5C5AD15A" w14:textId="0F4B6387" w:rsidR="00D87B09" w:rsidRDefault="00D87B09" w:rsidP="00D87B09">
            <w:pPr>
              <w:spacing w:after="30" w:line="247" w:lineRule="auto"/>
              <w:rPr>
                <w:b/>
                <w:color w:val="1F2937"/>
              </w:rPr>
            </w:pPr>
            <w:proofErr w:type="spellStart"/>
            <w:r>
              <w:rPr>
                <w:b/>
                <w:color w:val="1F2937"/>
              </w:rPr>
              <w:t>Üye</w:t>
            </w:r>
            <w:proofErr w:type="spellEnd"/>
            <w:r>
              <w:rPr>
                <w:b/>
                <w:color w:val="1F2937"/>
              </w:rPr>
              <w:t>:</w:t>
            </w:r>
            <w:r>
              <w:rPr>
                <w:color w:val="1F2937"/>
              </w:rPr>
              <w:t xml:space="preserve"> </w:t>
            </w:r>
            <w:proofErr w:type="spellStart"/>
            <w:r>
              <w:rPr>
                <w:color w:val="1F2937"/>
              </w:rPr>
              <w:t>Arş</w:t>
            </w:r>
            <w:proofErr w:type="spellEnd"/>
            <w:r>
              <w:rPr>
                <w:color w:val="1F2937"/>
              </w:rPr>
              <w:t xml:space="preserve">. </w:t>
            </w:r>
            <w:proofErr w:type="spellStart"/>
            <w:r>
              <w:rPr>
                <w:color w:val="1F2937"/>
              </w:rPr>
              <w:t>Gör</w:t>
            </w:r>
            <w:proofErr w:type="spellEnd"/>
            <w:r>
              <w:rPr>
                <w:color w:val="1F2937"/>
              </w:rPr>
              <w:t xml:space="preserve">. Zeynep </w:t>
            </w:r>
            <w:proofErr w:type="spellStart"/>
            <w:r>
              <w:rPr>
                <w:color w:val="1F2937"/>
              </w:rPr>
              <w:t>İclal</w:t>
            </w:r>
            <w:proofErr w:type="spellEnd"/>
            <w:r>
              <w:rPr>
                <w:color w:val="1F2937"/>
              </w:rPr>
              <w:t xml:space="preserve"> SAĞ</w:t>
            </w:r>
          </w:p>
        </w:tc>
      </w:tr>
      <w:tr w:rsidR="00D87B09" w14:paraId="75D2E79C" w14:textId="77777777" w:rsidTr="009C20F4">
        <w:trPr>
          <w:cantSplit/>
          <w:jc w:val="center"/>
        </w:trPr>
        <w:tc>
          <w:tcPr>
            <w:tcW w:w="3969" w:type="dxa"/>
            <w:vMerge/>
            <w:tcBorders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DCE8F2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7596FC81" w14:textId="18CC028E" w:rsidR="00D87B09" w:rsidRDefault="00D87B09">
            <w:pPr>
              <w:spacing w:after="30" w:line="247" w:lineRule="auto"/>
            </w:pPr>
          </w:p>
        </w:tc>
        <w:tc>
          <w:tcPr>
            <w:tcW w:w="6293" w:type="dxa"/>
            <w:tcBorders>
              <w:top w:val="single" w:sz="4" w:space="0" w:color="AFC2D2"/>
              <w:left w:val="single" w:sz="4" w:space="0" w:color="AFC2D2"/>
              <w:bottom w:val="single" w:sz="4" w:space="0" w:color="AFC2D2"/>
              <w:right w:val="single" w:sz="4" w:space="0" w:color="AFC2D2"/>
            </w:tcBorders>
            <w:shd w:val="clear" w:color="auto" w:fill="F8FAFC"/>
            <w:tcMar>
              <w:top w:w="105" w:type="dxa"/>
              <w:left w:w="135" w:type="dxa"/>
              <w:bottom w:w="105" w:type="dxa"/>
              <w:right w:w="135" w:type="dxa"/>
            </w:tcMar>
            <w:vAlign w:val="center"/>
          </w:tcPr>
          <w:p w14:paraId="297EEC52" w14:textId="77777777" w:rsidR="007E36D2" w:rsidRPr="00B00C17" w:rsidRDefault="007E36D2" w:rsidP="007E36D2">
            <w:pPr>
              <w:pStyle w:val="paragraph"/>
              <w:spacing w:before="0" w:beforeAutospacing="0" w:after="0" w:afterAutospacing="0"/>
              <w:textAlignment w:val="baseline"/>
              <w:rPr>
                <w:rFonts w:ascii="Aptos" w:hAnsi="Aptos" w:cs="Segoe UI"/>
                <w:sz w:val="18"/>
                <w:szCs w:val="18"/>
              </w:rPr>
            </w:pPr>
            <w:r w:rsidRPr="00B00C17">
              <w:rPr>
                <w:rStyle w:val="normaltextrun"/>
                <w:rFonts w:ascii="Aptos" w:hAnsi="Aptos"/>
                <w:b/>
                <w:bCs/>
                <w:sz w:val="18"/>
                <w:szCs w:val="18"/>
              </w:rPr>
              <w:t>Hemşirelik Bölümü:</w:t>
            </w:r>
          </w:p>
          <w:p w14:paraId="3C61CC77" w14:textId="5C9FC3CF" w:rsidR="00D87B09" w:rsidRDefault="00D87B09">
            <w:pPr>
              <w:spacing w:after="30" w:line="247" w:lineRule="auto"/>
            </w:pPr>
            <w:r>
              <w:rPr>
                <w:b/>
                <w:color w:val="1F2937"/>
              </w:rPr>
              <w:t>Başkan:</w:t>
            </w:r>
            <w:r>
              <w:rPr>
                <w:color w:val="1F2937"/>
              </w:rPr>
              <w:t xml:space="preserve"> </w:t>
            </w:r>
            <w:proofErr w:type="spellStart"/>
            <w:r>
              <w:rPr>
                <w:color w:val="1F2937"/>
              </w:rPr>
              <w:t>Doç</w:t>
            </w:r>
            <w:proofErr w:type="spellEnd"/>
            <w:r>
              <w:rPr>
                <w:color w:val="1F2937"/>
              </w:rPr>
              <w:t>. Dr. Şadiye ÖZCAN</w:t>
            </w:r>
          </w:p>
          <w:p w14:paraId="0EEDB57E" w14:textId="01455A24" w:rsidR="00D87B09" w:rsidRDefault="00D87B09">
            <w:pPr>
              <w:spacing w:after="30" w:line="247" w:lineRule="auto"/>
            </w:pPr>
            <w:proofErr w:type="spellStart"/>
            <w:r>
              <w:rPr>
                <w:b/>
                <w:color w:val="1F2937"/>
              </w:rPr>
              <w:t>Üye</w:t>
            </w:r>
            <w:proofErr w:type="spellEnd"/>
            <w:r>
              <w:rPr>
                <w:b/>
                <w:color w:val="1F2937"/>
              </w:rPr>
              <w:t>:</w:t>
            </w:r>
            <w:r>
              <w:rPr>
                <w:color w:val="1F2937"/>
              </w:rPr>
              <w:t xml:space="preserve"> </w:t>
            </w:r>
            <w:proofErr w:type="spellStart"/>
            <w:r>
              <w:rPr>
                <w:color w:val="1F2937"/>
              </w:rPr>
              <w:t>Arş</w:t>
            </w:r>
            <w:proofErr w:type="spellEnd"/>
            <w:r>
              <w:rPr>
                <w:color w:val="1F2937"/>
              </w:rPr>
              <w:t>. Gör. İrem ÖZTÜRK BARDAK</w:t>
            </w:r>
          </w:p>
          <w:p w14:paraId="23790C20" w14:textId="7A935589" w:rsidR="00D87B09" w:rsidRDefault="00D87B09">
            <w:pPr>
              <w:spacing w:after="30" w:line="247" w:lineRule="auto"/>
            </w:pPr>
            <w:proofErr w:type="spellStart"/>
            <w:r>
              <w:rPr>
                <w:b/>
                <w:color w:val="1F2937"/>
              </w:rPr>
              <w:t>Üye</w:t>
            </w:r>
            <w:proofErr w:type="spellEnd"/>
            <w:r>
              <w:rPr>
                <w:b/>
                <w:color w:val="1F2937"/>
              </w:rPr>
              <w:t>:</w:t>
            </w:r>
            <w:r>
              <w:rPr>
                <w:color w:val="1F2937"/>
              </w:rPr>
              <w:t xml:space="preserve"> </w:t>
            </w:r>
            <w:proofErr w:type="spellStart"/>
            <w:r>
              <w:rPr>
                <w:color w:val="1F2937"/>
              </w:rPr>
              <w:t>Arş</w:t>
            </w:r>
            <w:proofErr w:type="spellEnd"/>
            <w:r>
              <w:rPr>
                <w:color w:val="1F2937"/>
              </w:rPr>
              <w:t>. Gör. Elif BALKAN KURU</w:t>
            </w:r>
          </w:p>
        </w:tc>
      </w:tr>
    </w:tbl>
    <w:p w14:paraId="370C5085" w14:textId="77777777" w:rsidR="00FD0871" w:rsidRDefault="00FD0871"/>
    <w:sectPr w:rsidR="00FD0871" w:rsidSect="00034616">
      <w:footerReference w:type="default" r:id="rId8"/>
      <w:pgSz w:w="11906" w:h="16838"/>
      <w:pgMar w:top="765" w:right="765" w:bottom="709" w:left="765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C75B12" w14:textId="77777777" w:rsidR="00FD0871" w:rsidRDefault="00FD0871">
      <w:pPr>
        <w:spacing w:after="0" w:line="240" w:lineRule="auto"/>
      </w:pPr>
      <w:r>
        <w:separator/>
      </w:r>
    </w:p>
  </w:endnote>
  <w:endnote w:type="continuationSeparator" w:id="0">
    <w:p w14:paraId="3E322571" w14:textId="77777777" w:rsidR="00FD0871" w:rsidRDefault="00FD08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FF6491" w14:textId="77777777" w:rsidR="008A238F" w:rsidRDefault="00000000">
    <w:pPr>
      <w:pStyle w:val="AltBilgi"/>
      <w:jc w:val="center"/>
    </w:pPr>
    <w:r>
      <w:rPr>
        <w:color w:val="64748B"/>
        <w:sz w:val="16"/>
      </w:rPr>
      <w:t xml:space="preserve">Yalova </w:t>
    </w:r>
    <w:proofErr w:type="spellStart"/>
    <w:r>
      <w:rPr>
        <w:color w:val="64748B"/>
        <w:sz w:val="16"/>
      </w:rPr>
      <w:t>Üniversitesi</w:t>
    </w:r>
    <w:proofErr w:type="spellEnd"/>
    <w:r>
      <w:rPr>
        <w:color w:val="64748B"/>
        <w:sz w:val="16"/>
      </w:rPr>
      <w:t xml:space="preserve"> </w:t>
    </w:r>
    <w:proofErr w:type="spellStart"/>
    <w:r>
      <w:rPr>
        <w:color w:val="64748B"/>
        <w:sz w:val="16"/>
      </w:rPr>
      <w:t>Sağlık</w:t>
    </w:r>
    <w:proofErr w:type="spellEnd"/>
    <w:r>
      <w:rPr>
        <w:color w:val="64748B"/>
        <w:sz w:val="16"/>
      </w:rPr>
      <w:t xml:space="preserve"> </w:t>
    </w:r>
    <w:proofErr w:type="spellStart"/>
    <w:r>
      <w:rPr>
        <w:color w:val="64748B"/>
        <w:sz w:val="16"/>
      </w:rPr>
      <w:t>Bilimleri</w:t>
    </w:r>
    <w:proofErr w:type="spellEnd"/>
    <w:r>
      <w:rPr>
        <w:color w:val="64748B"/>
        <w:sz w:val="16"/>
      </w:rPr>
      <w:t xml:space="preserve"> </w:t>
    </w:r>
    <w:proofErr w:type="spellStart"/>
    <w:proofErr w:type="gramStart"/>
    <w:r>
      <w:rPr>
        <w:color w:val="64748B"/>
        <w:sz w:val="16"/>
      </w:rPr>
      <w:t>Fakültesi</w:t>
    </w:r>
    <w:proofErr w:type="spellEnd"/>
    <w:r>
      <w:rPr>
        <w:color w:val="94A3B8"/>
        <w:sz w:val="16"/>
      </w:rPr>
      <w:t xml:space="preserve">  |</w:t>
    </w:r>
    <w:proofErr w:type="gramEnd"/>
    <w:r>
      <w:rPr>
        <w:color w:val="94A3B8"/>
        <w:sz w:val="16"/>
      </w:rPr>
      <w:t xml:space="preserve">  </w:t>
    </w:r>
    <w:proofErr w:type="spellStart"/>
    <w:r>
      <w:rPr>
        <w:color w:val="64748B"/>
        <w:sz w:val="16"/>
      </w:rPr>
      <w:t>Sayfa</w:t>
    </w:r>
    <w:proofErr w:type="spellEnd"/>
    <w:r>
      <w:rPr>
        <w:color w:val="64748B"/>
        <w:sz w:val="16"/>
      </w:rPr>
      <w:t xml:space="preserve"> </w:t>
    </w:r>
    <w:r>
      <w:fldChar w:fldCharType="begin"/>
    </w:r>
    <w:r>
      <w:instrText>PAGE</w:instrText>
    </w:r>
    <w:r>
      <w:fldChar w:fldCharType="separate"/>
    </w:r>
    <w:r w:rsidR="00480F82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10CF4A" w14:textId="77777777" w:rsidR="00FD0871" w:rsidRDefault="00FD0871">
      <w:pPr>
        <w:spacing w:after="0" w:line="240" w:lineRule="auto"/>
      </w:pPr>
      <w:r>
        <w:separator/>
      </w:r>
    </w:p>
  </w:footnote>
  <w:footnote w:type="continuationSeparator" w:id="0">
    <w:p w14:paraId="45EB858B" w14:textId="77777777" w:rsidR="00FD0871" w:rsidRDefault="00FD08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12375659">
    <w:abstractNumId w:val="8"/>
  </w:num>
  <w:num w:numId="2" w16cid:durableId="476842322">
    <w:abstractNumId w:val="6"/>
  </w:num>
  <w:num w:numId="3" w16cid:durableId="1952542979">
    <w:abstractNumId w:val="5"/>
  </w:num>
  <w:num w:numId="4" w16cid:durableId="1620453788">
    <w:abstractNumId w:val="4"/>
  </w:num>
  <w:num w:numId="5" w16cid:durableId="1909538739">
    <w:abstractNumId w:val="7"/>
  </w:num>
  <w:num w:numId="6" w16cid:durableId="235436775">
    <w:abstractNumId w:val="3"/>
  </w:num>
  <w:num w:numId="7" w16cid:durableId="575281513">
    <w:abstractNumId w:val="2"/>
  </w:num>
  <w:num w:numId="8" w16cid:durableId="1961495160">
    <w:abstractNumId w:val="1"/>
  </w:num>
  <w:num w:numId="9" w16cid:durableId="14049889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6591F"/>
    <w:rsid w:val="000E7FFD"/>
    <w:rsid w:val="0015074B"/>
    <w:rsid w:val="0029639D"/>
    <w:rsid w:val="00326F90"/>
    <w:rsid w:val="00480F82"/>
    <w:rsid w:val="007E36D2"/>
    <w:rsid w:val="008A238F"/>
    <w:rsid w:val="00AA1D8D"/>
    <w:rsid w:val="00B00C17"/>
    <w:rsid w:val="00B47730"/>
    <w:rsid w:val="00CB0664"/>
    <w:rsid w:val="00D87B09"/>
    <w:rsid w:val="00DA1760"/>
    <w:rsid w:val="00DF2D58"/>
    <w:rsid w:val="00FC693F"/>
    <w:rsid w:val="00FD0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AEF27D"/>
  <w14:defaultImageDpi w14:val="300"/>
  <w15:docId w15:val="{73B69F69-15D8-4993-95F6-2268A77BB0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rPr>
      <w:rFonts w:ascii="Aptos" w:hAnsi="Aptos"/>
      <w:sz w:val="18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customStyle="1" w:styleId="normaltextrun">
    <w:name w:val="normaltextrun"/>
    <w:basedOn w:val="VarsaylanParagrafYazTipi"/>
    <w:rsid w:val="00480F82"/>
  </w:style>
  <w:style w:type="character" w:customStyle="1" w:styleId="eop">
    <w:name w:val="eop"/>
    <w:basedOn w:val="VarsaylanParagrafYazTipi"/>
    <w:rsid w:val="00480F82"/>
  </w:style>
  <w:style w:type="paragraph" w:customStyle="1" w:styleId="paragraph">
    <w:name w:val="paragraph"/>
    <w:basedOn w:val="Normal"/>
    <w:rsid w:val="00480F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tr-TR"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641</Words>
  <Characters>3657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4290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Sağlık Bilimleri Fakültesi Komisyonlar ve Görevlendirmeler</dc:title>
  <dc:subject>Güncel komisyon listesi</dc:subject>
  <dc:creator>Şaban Erdoğan</dc:creator>
  <cp:keywords/>
  <dc:description>generated by python-docx</dc:description>
  <cp:lastModifiedBy>Şaban Erdoğan</cp:lastModifiedBy>
  <cp:revision>17</cp:revision>
  <dcterms:created xsi:type="dcterms:W3CDTF">2026-09-11T12:13:00Z</dcterms:created>
  <dcterms:modified xsi:type="dcterms:W3CDTF">2026-09-11T12:28:00Z</dcterms:modified>
  <cp:category/>
</cp:coreProperties>
</file>